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0C0DF60" w14:textId="77777777" w:rsidR="00CF697E" w:rsidRDefault="00000000">
      <w:pPr>
        <w:spacing w:after="0"/>
      </w:pPr>
      <w:r>
        <w:rPr>
          <w:b/>
          <w:sz w:val="20"/>
        </w:rPr>
        <w:t>ASOCIAȚIA „DR. MICU VASILE” – CENTRUL MEDICAL „DR. MICU”, IAȘI</w:t>
      </w:r>
    </w:p>
    <w:p w14:paraId="4246446F" w14:textId="77777777" w:rsidR="00CF697E" w:rsidRDefault="00000000">
      <w:pPr>
        <w:spacing w:after="80"/>
        <w:jc w:val="right"/>
      </w:pPr>
      <w:r>
        <w:rPr>
          <w:i/>
          <w:sz w:val="18"/>
        </w:rPr>
        <w:t>Anexa 5 la PO-CMDM-STAT-05</w:t>
      </w:r>
    </w:p>
    <w:p w14:paraId="1CBC3902" w14:textId="77777777" w:rsidR="00CF697E" w:rsidRDefault="00000000">
      <w:pPr>
        <w:spacing w:after="120"/>
        <w:jc w:val="center"/>
      </w:pPr>
      <w:r>
        <w:rPr>
          <w:b/>
          <w:sz w:val="26"/>
        </w:rPr>
        <w:t>CHESTIONAR DE SATISFACȚIE A PACIENTULUI ȘI A APARȚINĂTORULUI</w:t>
      </w:r>
    </w:p>
    <w:p w14:paraId="7BE3BDAA" w14:textId="77777777" w:rsidR="00CF697E" w:rsidRDefault="00000000">
      <w:r>
        <w:t>Stimată doamnă / Stimate domn,</w:t>
      </w:r>
    </w:p>
    <w:p w14:paraId="6AF02EF2" w14:textId="77777777" w:rsidR="00CF697E" w:rsidRDefault="00000000">
      <w:pPr>
        <w:spacing w:after="80"/>
        <w:jc w:val="both"/>
      </w:pPr>
      <w:r>
        <w:rPr>
          <w:sz w:val="20"/>
        </w:rPr>
        <w:t>Părerea dumneavoastră ne ajută să îmbunătățim îngrijirea pacienților. Chestionarul poate fi completat de pacient sau de un aparținător (membru al familiei, persoană apropiată). Este anonim și confidențial: nu scrieți numele. Dacă pacientul nu poate scrie, personalul îl poate ajuta. După completare, depuneți chestionarul în cutia „Chestionar pacient” de la intrare. Chestionarul poate fi completat și online, scanând codul QR afișat în salon sau pe www.asociatiadrmicuvasile.ro/chestionar-online.</w:t>
      </w:r>
    </w:p>
    <w:p w14:paraId="1B45F46D" w14:textId="77777777" w:rsidR="00CF697E" w:rsidRDefault="00000000">
      <w:pPr>
        <w:spacing w:after="120"/>
      </w:pPr>
      <w:r>
        <w:rPr>
          <w:i/>
          <w:sz w:val="20"/>
        </w:rPr>
        <w:t>Bifați varianta care vi se potrivește cel mai bine. Dacă o întrebare nu se aplică, bifați „Nu e cazul”.</w:t>
      </w:r>
    </w:p>
    <w:p w14:paraId="65BEAC79" w14:textId="77777777" w:rsidR="00CF697E" w:rsidRDefault="00000000">
      <w:pPr>
        <w:spacing w:after="60"/>
      </w:pPr>
      <w:r>
        <w:rPr>
          <w:b/>
          <w:sz w:val="22"/>
        </w:rPr>
        <w:t>Despre dumneavoastră</w:t>
      </w:r>
    </w:p>
    <w:p w14:paraId="5EEB849B" w14:textId="77777777" w:rsidR="00CF697E" w:rsidRDefault="00000000">
      <w:r>
        <w:t>Chestionarul este completat de:   ☐ pacient     ☐ aparținător (relația cu pacientul: ……………………)</w:t>
      </w:r>
    </w:p>
    <w:p w14:paraId="0C4B28AC" w14:textId="77777777" w:rsidR="00CF697E" w:rsidRDefault="00000000">
      <w:r>
        <w:t>Pacientul:   sex  ☐ F  ☐ M     vârsta: ……… ani     mediu  ☐ urban  ☐ rural</w:t>
      </w:r>
    </w:p>
    <w:p w14:paraId="3A63F35A" w14:textId="77777777" w:rsidR="00CF697E" w:rsidRDefault="00000000">
      <w:pPr>
        <w:spacing w:after="160"/>
      </w:pPr>
      <w:r>
        <w:t>Durata internării până acum:   ☐ sub 1 lună   ☐ 1–3 luni   ☐ peste 3 luni          Luna completării: ……………</w:t>
      </w:r>
    </w:p>
    <w:p w14:paraId="277B8542" w14:textId="77777777" w:rsidR="00CF697E" w:rsidRDefault="00000000">
      <w:pPr>
        <w:spacing w:after="60"/>
      </w:pPr>
      <w:r>
        <w:rPr>
          <w:b/>
          <w:sz w:val="22"/>
        </w:rPr>
        <w:t>A. Primirea și internarea</w:t>
      </w:r>
    </w:p>
    <w:tbl>
      <w:tblPr>
        <w:tblStyle w:val="TableGrid"/>
        <w:tblW w:w="0" w:type="auto"/>
        <w:jc w:val="center"/>
        <w:tblLayout w:type="fixed"/>
        <w:tblLook w:val="04A0" w:firstRow="1" w:lastRow="0" w:firstColumn="1" w:lastColumn="0" w:noHBand="0" w:noVBand="1"/>
      </w:tblPr>
      <w:tblGrid>
        <w:gridCol w:w="4989"/>
        <w:gridCol w:w="1020"/>
        <w:gridCol w:w="1020"/>
        <w:gridCol w:w="1020"/>
        <w:gridCol w:w="1020"/>
        <w:gridCol w:w="1020"/>
      </w:tblGrid>
      <w:tr w:rsidR="00CF697E" w14:paraId="725A9C8F" w14:textId="77777777">
        <w:trPr>
          <w:jc w:val="center"/>
        </w:trPr>
        <w:tc>
          <w:tcPr>
            <w:tcW w:w="4989" w:type="dxa"/>
            <w:shd w:val="clear" w:color="auto" w:fill="D9E8E4"/>
            <w:vAlign w:val="center"/>
          </w:tcPr>
          <w:p w14:paraId="48B40C58" w14:textId="77777777" w:rsidR="00CF697E" w:rsidRDefault="00000000">
            <w:pPr>
              <w:spacing w:after="0"/>
            </w:pPr>
            <w:r>
              <w:rPr>
                <w:b/>
                <w:sz w:val="19"/>
              </w:rPr>
              <w:t>Cât de mulțumit sunteți de…</w:t>
            </w:r>
          </w:p>
        </w:tc>
        <w:tc>
          <w:tcPr>
            <w:tcW w:w="1020" w:type="dxa"/>
            <w:shd w:val="clear" w:color="auto" w:fill="D9E8E4"/>
            <w:vAlign w:val="center"/>
          </w:tcPr>
          <w:p w14:paraId="3E4A5DDE" w14:textId="77777777" w:rsidR="00CF697E" w:rsidRDefault="00000000">
            <w:pPr>
              <w:spacing w:after="0"/>
              <w:jc w:val="center"/>
            </w:pPr>
            <w:r>
              <w:rPr>
                <w:b/>
                <w:sz w:val="15"/>
              </w:rPr>
              <w:t>Foarte</w:t>
            </w:r>
            <w:r>
              <w:rPr>
                <w:b/>
                <w:sz w:val="15"/>
              </w:rPr>
              <w:br/>
              <w:t>mulțumit</w:t>
            </w:r>
          </w:p>
        </w:tc>
        <w:tc>
          <w:tcPr>
            <w:tcW w:w="1020" w:type="dxa"/>
            <w:shd w:val="clear" w:color="auto" w:fill="D9E8E4"/>
            <w:vAlign w:val="center"/>
          </w:tcPr>
          <w:p w14:paraId="45FFD594" w14:textId="77777777" w:rsidR="00CF697E" w:rsidRDefault="00000000">
            <w:pPr>
              <w:spacing w:after="0"/>
              <w:jc w:val="center"/>
            </w:pPr>
            <w:r>
              <w:rPr>
                <w:b/>
                <w:sz w:val="15"/>
              </w:rPr>
              <w:t>Mulțumit</w:t>
            </w:r>
          </w:p>
        </w:tc>
        <w:tc>
          <w:tcPr>
            <w:tcW w:w="1020" w:type="dxa"/>
            <w:shd w:val="clear" w:color="auto" w:fill="D9E8E4"/>
            <w:vAlign w:val="center"/>
          </w:tcPr>
          <w:p w14:paraId="02B176FF" w14:textId="77777777" w:rsidR="00CF697E" w:rsidRDefault="00000000">
            <w:pPr>
              <w:spacing w:after="0"/>
              <w:jc w:val="center"/>
            </w:pPr>
            <w:r>
              <w:rPr>
                <w:b/>
                <w:sz w:val="15"/>
              </w:rPr>
              <w:t>Nemul-</w:t>
            </w:r>
            <w:r>
              <w:rPr>
                <w:b/>
                <w:sz w:val="15"/>
              </w:rPr>
              <w:br/>
              <w:t>țumit</w:t>
            </w:r>
          </w:p>
        </w:tc>
        <w:tc>
          <w:tcPr>
            <w:tcW w:w="1020" w:type="dxa"/>
            <w:shd w:val="clear" w:color="auto" w:fill="D9E8E4"/>
            <w:vAlign w:val="center"/>
          </w:tcPr>
          <w:p w14:paraId="6D2EBB26" w14:textId="77777777" w:rsidR="00CF697E" w:rsidRDefault="00000000">
            <w:pPr>
              <w:spacing w:after="0"/>
              <w:jc w:val="center"/>
            </w:pPr>
            <w:r>
              <w:rPr>
                <w:b/>
                <w:sz w:val="15"/>
              </w:rPr>
              <w:t>Foarte</w:t>
            </w:r>
            <w:r>
              <w:rPr>
                <w:b/>
                <w:sz w:val="15"/>
              </w:rPr>
              <w:br/>
              <w:t>nemulțumit</w:t>
            </w:r>
          </w:p>
        </w:tc>
        <w:tc>
          <w:tcPr>
            <w:tcW w:w="1020" w:type="dxa"/>
            <w:shd w:val="clear" w:color="auto" w:fill="D9E8E4"/>
            <w:vAlign w:val="center"/>
          </w:tcPr>
          <w:p w14:paraId="34CE8895" w14:textId="77777777" w:rsidR="00CF697E" w:rsidRDefault="00000000">
            <w:pPr>
              <w:spacing w:after="0"/>
              <w:jc w:val="center"/>
            </w:pPr>
            <w:r>
              <w:rPr>
                <w:b/>
                <w:sz w:val="15"/>
              </w:rPr>
              <w:t>Nu e</w:t>
            </w:r>
            <w:r>
              <w:rPr>
                <w:b/>
                <w:sz w:val="15"/>
              </w:rPr>
              <w:br/>
              <w:t>cazul</w:t>
            </w:r>
          </w:p>
        </w:tc>
      </w:tr>
      <w:tr w:rsidR="00CF697E" w14:paraId="41D5F9CC" w14:textId="77777777">
        <w:trPr>
          <w:jc w:val="center"/>
        </w:trPr>
        <w:tc>
          <w:tcPr>
            <w:tcW w:w="4989" w:type="dxa"/>
            <w:vAlign w:val="center"/>
          </w:tcPr>
          <w:p w14:paraId="19351163" w14:textId="77777777" w:rsidR="00CF697E" w:rsidRDefault="00000000">
            <w:pPr>
              <w:spacing w:after="0"/>
            </w:pPr>
            <w:r>
              <w:rPr>
                <w:sz w:val="19"/>
              </w:rPr>
              <w:t>1. ușurința de a găsi Centrul și de a vă orienta în interior (indicatoare, semnalizare)</w:t>
            </w:r>
          </w:p>
        </w:tc>
        <w:tc>
          <w:tcPr>
            <w:tcW w:w="1020" w:type="dxa"/>
            <w:vAlign w:val="center"/>
          </w:tcPr>
          <w:p w14:paraId="23E8CB1F" w14:textId="77777777" w:rsidR="00CF697E" w:rsidRDefault="00000000">
            <w:pPr>
              <w:spacing w:after="0"/>
              <w:jc w:val="center"/>
            </w:pPr>
            <w:r>
              <w:rPr>
                <w:sz w:val="22"/>
              </w:rPr>
              <w:t>☐</w:t>
            </w:r>
          </w:p>
        </w:tc>
        <w:tc>
          <w:tcPr>
            <w:tcW w:w="1020" w:type="dxa"/>
            <w:vAlign w:val="center"/>
          </w:tcPr>
          <w:p w14:paraId="34C53B08" w14:textId="77777777" w:rsidR="00CF697E" w:rsidRDefault="00000000">
            <w:pPr>
              <w:spacing w:after="0"/>
              <w:jc w:val="center"/>
            </w:pPr>
            <w:r>
              <w:rPr>
                <w:sz w:val="22"/>
              </w:rPr>
              <w:t>☐</w:t>
            </w:r>
          </w:p>
        </w:tc>
        <w:tc>
          <w:tcPr>
            <w:tcW w:w="1020" w:type="dxa"/>
            <w:vAlign w:val="center"/>
          </w:tcPr>
          <w:p w14:paraId="0D76626C" w14:textId="77777777" w:rsidR="00CF697E" w:rsidRDefault="00000000">
            <w:pPr>
              <w:spacing w:after="0"/>
              <w:jc w:val="center"/>
            </w:pPr>
            <w:r>
              <w:rPr>
                <w:sz w:val="22"/>
              </w:rPr>
              <w:t>☐</w:t>
            </w:r>
          </w:p>
        </w:tc>
        <w:tc>
          <w:tcPr>
            <w:tcW w:w="1020" w:type="dxa"/>
            <w:vAlign w:val="center"/>
          </w:tcPr>
          <w:p w14:paraId="11AA8BC6" w14:textId="77777777" w:rsidR="00CF697E" w:rsidRDefault="00000000">
            <w:pPr>
              <w:spacing w:after="0"/>
              <w:jc w:val="center"/>
            </w:pPr>
            <w:r>
              <w:rPr>
                <w:sz w:val="22"/>
              </w:rPr>
              <w:t>☐</w:t>
            </w:r>
          </w:p>
        </w:tc>
        <w:tc>
          <w:tcPr>
            <w:tcW w:w="1020" w:type="dxa"/>
            <w:vAlign w:val="center"/>
          </w:tcPr>
          <w:p w14:paraId="56C0E9CB" w14:textId="77777777" w:rsidR="00CF697E" w:rsidRDefault="00000000">
            <w:pPr>
              <w:spacing w:after="0"/>
              <w:jc w:val="center"/>
            </w:pPr>
            <w:r>
              <w:rPr>
                <w:sz w:val="22"/>
              </w:rPr>
              <w:t>☐</w:t>
            </w:r>
          </w:p>
        </w:tc>
      </w:tr>
      <w:tr w:rsidR="00CF697E" w14:paraId="1A4ED51A" w14:textId="77777777">
        <w:trPr>
          <w:jc w:val="center"/>
        </w:trPr>
        <w:tc>
          <w:tcPr>
            <w:tcW w:w="4989" w:type="dxa"/>
            <w:vAlign w:val="center"/>
          </w:tcPr>
          <w:p w14:paraId="48DCD3E9" w14:textId="77777777" w:rsidR="00CF697E" w:rsidRDefault="00000000">
            <w:pPr>
              <w:spacing w:after="0"/>
            </w:pPr>
            <w:r>
              <w:rPr>
                <w:sz w:val="19"/>
              </w:rPr>
              <w:t>2. timpul de așteptare de la cerere până la internare</w:t>
            </w:r>
          </w:p>
        </w:tc>
        <w:tc>
          <w:tcPr>
            <w:tcW w:w="1020" w:type="dxa"/>
            <w:vAlign w:val="center"/>
          </w:tcPr>
          <w:p w14:paraId="5ABA7273" w14:textId="77777777" w:rsidR="00CF697E" w:rsidRDefault="00000000">
            <w:pPr>
              <w:spacing w:after="0"/>
              <w:jc w:val="center"/>
            </w:pPr>
            <w:r>
              <w:rPr>
                <w:sz w:val="22"/>
              </w:rPr>
              <w:t>☐</w:t>
            </w:r>
          </w:p>
        </w:tc>
        <w:tc>
          <w:tcPr>
            <w:tcW w:w="1020" w:type="dxa"/>
            <w:vAlign w:val="center"/>
          </w:tcPr>
          <w:p w14:paraId="3DC599B1" w14:textId="77777777" w:rsidR="00CF697E" w:rsidRDefault="00000000">
            <w:pPr>
              <w:spacing w:after="0"/>
              <w:jc w:val="center"/>
            </w:pPr>
            <w:r>
              <w:rPr>
                <w:sz w:val="22"/>
              </w:rPr>
              <w:t>☐</w:t>
            </w:r>
          </w:p>
        </w:tc>
        <w:tc>
          <w:tcPr>
            <w:tcW w:w="1020" w:type="dxa"/>
            <w:vAlign w:val="center"/>
          </w:tcPr>
          <w:p w14:paraId="60A5F510" w14:textId="77777777" w:rsidR="00CF697E" w:rsidRDefault="00000000">
            <w:pPr>
              <w:spacing w:after="0"/>
              <w:jc w:val="center"/>
            </w:pPr>
            <w:r>
              <w:rPr>
                <w:sz w:val="22"/>
              </w:rPr>
              <w:t>☐</w:t>
            </w:r>
          </w:p>
        </w:tc>
        <w:tc>
          <w:tcPr>
            <w:tcW w:w="1020" w:type="dxa"/>
            <w:vAlign w:val="center"/>
          </w:tcPr>
          <w:p w14:paraId="59B757E1" w14:textId="77777777" w:rsidR="00CF697E" w:rsidRDefault="00000000">
            <w:pPr>
              <w:spacing w:after="0"/>
              <w:jc w:val="center"/>
            </w:pPr>
            <w:r>
              <w:rPr>
                <w:sz w:val="22"/>
              </w:rPr>
              <w:t>☐</w:t>
            </w:r>
          </w:p>
        </w:tc>
        <w:tc>
          <w:tcPr>
            <w:tcW w:w="1020" w:type="dxa"/>
            <w:vAlign w:val="center"/>
          </w:tcPr>
          <w:p w14:paraId="69B3303F" w14:textId="77777777" w:rsidR="00CF697E" w:rsidRDefault="00000000">
            <w:pPr>
              <w:spacing w:after="0"/>
              <w:jc w:val="center"/>
            </w:pPr>
            <w:r>
              <w:rPr>
                <w:sz w:val="22"/>
              </w:rPr>
              <w:t>☐</w:t>
            </w:r>
          </w:p>
        </w:tc>
      </w:tr>
      <w:tr w:rsidR="00CF697E" w14:paraId="2A92A999" w14:textId="77777777">
        <w:trPr>
          <w:jc w:val="center"/>
        </w:trPr>
        <w:tc>
          <w:tcPr>
            <w:tcW w:w="4989" w:type="dxa"/>
            <w:vAlign w:val="center"/>
          </w:tcPr>
          <w:p w14:paraId="5D5215B8" w14:textId="77777777" w:rsidR="00CF697E" w:rsidRDefault="00000000">
            <w:pPr>
              <w:spacing w:after="0"/>
            </w:pPr>
            <w:r>
              <w:rPr>
                <w:sz w:val="19"/>
              </w:rPr>
              <w:t>3. atitudinea personalului la internare (primire, amabilitate)</w:t>
            </w:r>
          </w:p>
        </w:tc>
        <w:tc>
          <w:tcPr>
            <w:tcW w:w="1020" w:type="dxa"/>
            <w:vAlign w:val="center"/>
          </w:tcPr>
          <w:p w14:paraId="3118146D" w14:textId="77777777" w:rsidR="00CF697E" w:rsidRDefault="00000000">
            <w:pPr>
              <w:spacing w:after="0"/>
              <w:jc w:val="center"/>
            </w:pPr>
            <w:r>
              <w:rPr>
                <w:sz w:val="22"/>
              </w:rPr>
              <w:t>☐</w:t>
            </w:r>
          </w:p>
        </w:tc>
        <w:tc>
          <w:tcPr>
            <w:tcW w:w="1020" w:type="dxa"/>
            <w:vAlign w:val="center"/>
          </w:tcPr>
          <w:p w14:paraId="03D4789C" w14:textId="77777777" w:rsidR="00CF697E" w:rsidRDefault="00000000">
            <w:pPr>
              <w:spacing w:after="0"/>
              <w:jc w:val="center"/>
            </w:pPr>
            <w:r>
              <w:rPr>
                <w:sz w:val="22"/>
              </w:rPr>
              <w:t>☐</w:t>
            </w:r>
          </w:p>
        </w:tc>
        <w:tc>
          <w:tcPr>
            <w:tcW w:w="1020" w:type="dxa"/>
            <w:vAlign w:val="center"/>
          </w:tcPr>
          <w:p w14:paraId="0923B871" w14:textId="77777777" w:rsidR="00CF697E" w:rsidRDefault="00000000">
            <w:pPr>
              <w:spacing w:after="0"/>
              <w:jc w:val="center"/>
            </w:pPr>
            <w:r>
              <w:rPr>
                <w:sz w:val="22"/>
              </w:rPr>
              <w:t>☐</w:t>
            </w:r>
          </w:p>
        </w:tc>
        <w:tc>
          <w:tcPr>
            <w:tcW w:w="1020" w:type="dxa"/>
            <w:vAlign w:val="center"/>
          </w:tcPr>
          <w:p w14:paraId="3A676A45" w14:textId="77777777" w:rsidR="00CF697E" w:rsidRDefault="00000000">
            <w:pPr>
              <w:spacing w:after="0"/>
              <w:jc w:val="center"/>
            </w:pPr>
            <w:r>
              <w:rPr>
                <w:sz w:val="22"/>
              </w:rPr>
              <w:t>☐</w:t>
            </w:r>
          </w:p>
        </w:tc>
        <w:tc>
          <w:tcPr>
            <w:tcW w:w="1020" w:type="dxa"/>
            <w:vAlign w:val="center"/>
          </w:tcPr>
          <w:p w14:paraId="2C649AC8" w14:textId="77777777" w:rsidR="00CF697E" w:rsidRDefault="00000000">
            <w:pPr>
              <w:spacing w:after="0"/>
              <w:jc w:val="center"/>
            </w:pPr>
            <w:r>
              <w:rPr>
                <w:sz w:val="22"/>
              </w:rPr>
              <w:t>☐</w:t>
            </w:r>
          </w:p>
        </w:tc>
      </w:tr>
      <w:tr w:rsidR="00CF697E" w14:paraId="7621FD6D" w14:textId="77777777">
        <w:trPr>
          <w:jc w:val="center"/>
        </w:trPr>
        <w:tc>
          <w:tcPr>
            <w:tcW w:w="4989" w:type="dxa"/>
            <w:vAlign w:val="center"/>
          </w:tcPr>
          <w:p w14:paraId="57811C3C" w14:textId="77777777" w:rsidR="00CF697E" w:rsidRDefault="00000000">
            <w:pPr>
              <w:spacing w:after="0"/>
            </w:pPr>
            <w:r>
              <w:rPr>
                <w:sz w:val="19"/>
              </w:rPr>
              <w:t>4. explicațiile primite la internare despre regulile Centrului (program de vizită, reguli de ordine interioară)</w:t>
            </w:r>
          </w:p>
        </w:tc>
        <w:tc>
          <w:tcPr>
            <w:tcW w:w="1020" w:type="dxa"/>
            <w:vAlign w:val="center"/>
          </w:tcPr>
          <w:p w14:paraId="0F2518D8" w14:textId="77777777" w:rsidR="00CF697E" w:rsidRDefault="00000000">
            <w:pPr>
              <w:spacing w:after="0"/>
              <w:jc w:val="center"/>
            </w:pPr>
            <w:r>
              <w:rPr>
                <w:sz w:val="22"/>
              </w:rPr>
              <w:t>☐</w:t>
            </w:r>
          </w:p>
        </w:tc>
        <w:tc>
          <w:tcPr>
            <w:tcW w:w="1020" w:type="dxa"/>
            <w:vAlign w:val="center"/>
          </w:tcPr>
          <w:p w14:paraId="1D36D14A" w14:textId="77777777" w:rsidR="00CF697E" w:rsidRDefault="00000000">
            <w:pPr>
              <w:spacing w:after="0"/>
              <w:jc w:val="center"/>
            </w:pPr>
            <w:r>
              <w:rPr>
                <w:sz w:val="22"/>
              </w:rPr>
              <w:t>☐</w:t>
            </w:r>
          </w:p>
        </w:tc>
        <w:tc>
          <w:tcPr>
            <w:tcW w:w="1020" w:type="dxa"/>
            <w:vAlign w:val="center"/>
          </w:tcPr>
          <w:p w14:paraId="5B07CDE9" w14:textId="77777777" w:rsidR="00CF697E" w:rsidRDefault="00000000">
            <w:pPr>
              <w:spacing w:after="0"/>
              <w:jc w:val="center"/>
            </w:pPr>
            <w:r>
              <w:rPr>
                <w:sz w:val="22"/>
              </w:rPr>
              <w:t>☐</w:t>
            </w:r>
          </w:p>
        </w:tc>
        <w:tc>
          <w:tcPr>
            <w:tcW w:w="1020" w:type="dxa"/>
            <w:vAlign w:val="center"/>
          </w:tcPr>
          <w:p w14:paraId="55734F2A" w14:textId="77777777" w:rsidR="00CF697E" w:rsidRDefault="00000000">
            <w:pPr>
              <w:spacing w:after="0"/>
              <w:jc w:val="center"/>
            </w:pPr>
            <w:r>
              <w:rPr>
                <w:sz w:val="22"/>
              </w:rPr>
              <w:t>☐</w:t>
            </w:r>
          </w:p>
        </w:tc>
        <w:tc>
          <w:tcPr>
            <w:tcW w:w="1020" w:type="dxa"/>
            <w:vAlign w:val="center"/>
          </w:tcPr>
          <w:p w14:paraId="43B0F133" w14:textId="77777777" w:rsidR="00CF697E" w:rsidRDefault="00000000">
            <w:pPr>
              <w:spacing w:after="0"/>
              <w:jc w:val="center"/>
            </w:pPr>
            <w:r>
              <w:rPr>
                <w:sz w:val="22"/>
              </w:rPr>
              <w:t>☐</w:t>
            </w:r>
          </w:p>
        </w:tc>
      </w:tr>
    </w:tbl>
    <w:p w14:paraId="11043EE1" w14:textId="77777777" w:rsidR="00CF697E" w:rsidRDefault="00CF697E">
      <w:pPr>
        <w:spacing w:after="80"/>
      </w:pPr>
    </w:p>
    <w:p w14:paraId="6AECF003" w14:textId="77777777" w:rsidR="00CF697E" w:rsidRDefault="00000000">
      <w:pPr>
        <w:spacing w:after="0"/>
      </w:pPr>
      <w:r>
        <w:t>5. Ați fost informat, la internare, despre drepturile și obligațiile dumneavoastră ca pacient?</w:t>
      </w:r>
    </w:p>
    <w:p w14:paraId="1EC09EB9" w14:textId="77777777" w:rsidR="00CF697E" w:rsidRDefault="00000000">
      <w:pPr>
        <w:spacing w:after="100"/>
      </w:pPr>
      <w:r>
        <w:t xml:space="preserve">     ☐ Da     ☐ Parțial     ☐ Nu</w:t>
      </w:r>
    </w:p>
    <w:p w14:paraId="5E95EDF5" w14:textId="77777777" w:rsidR="00CF697E" w:rsidRDefault="00000000">
      <w:pPr>
        <w:spacing w:after="60"/>
      </w:pPr>
      <w:r>
        <w:rPr>
          <w:b/>
          <w:sz w:val="22"/>
        </w:rPr>
        <w:t>B. Calitatea îngrijirilor medicale</w:t>
      </w:r>
    </w:p>
    <w:tbl>
      <w:tblPr>
        <w:tblStyle w:val="TableGrid"/>
        <w:tblW w:w="0" w:type="auto"/>
        <w:jc w:val="center"/>
        <w:tblLayout w:type="fixed"/>
        <w:tblLook w:val="04A0" w:firstRow="1" w:lastRow="0" w:firstColumn="1" w:lastColumn="0" w:noHBand="0" w:noVBand="1"/>
      </w:tblPr>
      <w:tblGrid>
        <w:gridCol w:w="4989"/>
        <w:gridCol w:w="1020"/>
        <w:gridCol w:w="1020"/>
        <w:gridCol w:w="1020"/>
        <w:gridCol w:w="1020"/>
        <w:gridCol w:w="1020"/>
      </w:tblGrid>
      <w:tr w:rsidR="00CF697E" w14:paraId="710856C5" w14:textId="77777777">
        <w:trPr>
          <w:jc w:val="center"/>
        </w:trPr>
        <w:tc>
          <w:tcPr>
            <w:tcW w:w="4989" w:type="dxa"/>
            <w:shd w:val="clear" w:color="auto" w:fill="D9E8E4"/>
            <w:vAlign w:val="center"/>
          </w:tcPr>
          <w:p w14:paraId="38D6A62C" w14:textId="77777777" w:rsidR="00CF697E" w:rsidRDefault="00000000">
            <w:pPr>
              <w:spacing w:after="0"/>
            </w:pPr>
            <w:r>
              <w:rPr>
                <w:b/>
                <w:sz w:val="19"/>
              </w:rPr>
              <w:t>Cât de mulțumit sunteți de…</w:t>
            </w:r>
          </w:p>
        </w:tc>
        <w:tc>
          <w:tcPr>
            <w:tcW w:w="1020" w:type="dxa"/>
            <w:shd w:val="clear" w:color="auto" w:fill="D9E8E4"/>
            <w:vAlign w:val="center"/>
          </w:tcPr>
          <w:p w14:paraId="1DB1BB7B" w14:textId="77777777" w:rsidR="00CF697E" w:rsidRDefault="00000000">
            <w:pPr>
              <w:spacing w:after="0"/>
              <w:jc w:val="center"/>
            </w:pPr>
            <w:r>
              <w:rPr>
                <w:b/>
                <w:sz w:val="15"/>
              </w:rPr>
              <w:t>Foarte</w:t>
            </w:r>
            <w:r>
              <w:rPr>
                <w:b/>
                <w:sz w:val="15"/>
              </w:rPr>
              <w:br/>
              <w:t>mulțumit</w:t>
            </w:r>
          </w:p>
        </w:tc>
        <w:tc>
          <w:tcPr>
            <w:tcW w:w="1020" w:type="dxa"/>
            <w:shd w:val="clear" w:color="auto" w:fill="D9E8E4"/>
            <w:vAlign w:val="center"/>
          </w:tcPr>
          <w:p w14:paraId="46721AD3" w14:textId="77777777" w:rsidR="00CF697E" w:rsidRDefault="00000000">
            <w:pPr>
              <w:spacing w:after="0"/>
              <w:jc w:val="center"/>
            </w:pPr>
            <w:r>
              <w:rPr>
                <w:b/>
                <w:sz w:val="15"/>
              </w:rPr>
              <w:t>Mulțumit</w:t>
            </w:r>
          </w:p>
        </w:tc>
        <w:tc>
          <w:tcPr>
            <w:tcW w:w="1020" w:type="dxa"/>
            <w:shd w:val="clear" w:color="auto" w:fill="D9E8E4"/>
            <w:vAlign w:val="center"/>
          </w:tcPr>
          <w:p w14:paraId="227BF2E3" w14:textId="77777777" w:rsidR="00CF697E" w:rsidRDefault="00000000">
            <w:pPr>
              <w:spacing w:after="0"/>
              <w:jc w:val="center"/>
            </w:pPr>
            <w:r>
              <w:rPr>
                <w:b/>
                <w:sz w:val="15"/>
              </w:rPr>
              <w:t>Nemul-</w:t>
            </w:r>
            <w:r>
              <w:rPr>
                <w:b/>
                <w:sz w:val="15"/>
              </w:rPr>
              <w:br/>
              <w:t>țumit</w:t>
            </w:r>
          </w:p>
        </w:tc>
        <w:tc>
          <w:tcPr>
            <w:tcW w:w="1020" w:type="dxa"/>
            <w:shd w:val="clear" w:color="auto" w:fill="D9E8E4"/>
            <w:vAlign w:val="center"/>
          </w:tcPr>
          <w:p w14:paraId="0821A6F7" w14:textId="77777777" w:rsidR="00CF697E" w:rsidRDefault="00000000">
            <w:pPr>
              <w:spacing w:after="0"/>
              <w:jc w:val="center"/>
            </w:pPr>
            <w:r>
              <w:rPr>
                <w:b/>
                <w:sz w:val="15"/>
              </w:rPr>
              <w:t>Foarte</w:t>
            </w:r>
            <w:r>
              <w:rPr>
                <w:b/>
                <w:sz w:val="15"/>
              </w:rPr>
              <w:br/>
              <w:t>nemulțumit</w:t>
            </w:r>
          </w:p>
        </w:tc>
        <w:tc>
          <w:tcPr>
            <w:tcW w:w="1020" w:type="dxa"/>
            <w:shd w:val="clear" w:color="auto" w:fill="D9E8E4"/>
            <w:vAlign w:val="center"/>
          </w:tcPr>
          <w:p w14:paraId="0E0F0390" w14:textId="77777777" w:rsidR="00CF697E" w:rsidRDefault="00000000">
            <w:pPr>
              <w:spacing w:after="0"/>
              <w:jc w:val="center"/>
            </w:pPr>
            <w:r>
              <w:rPr>
                <w:b/>
                <w:sz w:val="15"/>
              </w:rPr>
              <w:t>Nu e</w:t>
            </w:r>
            <w:r>
              <w:rPr>
                <w:b/>
                <w:sz w:val="15"/>
              </w:rPr>
              <w:br/>
              <w:t>cazul</w:t>
            </w:r>
          </w:p>
        </w:tc>
      </w:tr>
      <w:tr w:rsidR="00CF697E" w14:paraId="5CB9461C" w14:textId="77777777">
        <w:trPr>
          <w:jc w:val="center"/>
        </w:trPr>
        <w:tc>
          <w:tcPr>
            <w:tcW w:w="4989" w:type="dxa"/>
            <w:vAlign w:val="center"/>
          </w:tcPr>
          <w:p w14:paraId="67F5AAE4" w14:textId="77777777" w:rsidR="00CF697E" w:rsidRDefault="00000000">
            <w:pPr>
              <w:spacing w:after="0"/>
            </w:pPr>
            <w:r>
              <w:rPr>
                <w:sz w:val="19"/>
              </w:rPr>
              <w:t>6. atitudinea și disponibilitatea medicilor</w:t>
            </w:r>
          </w:p>
        </w:tc>
        <w:tc>
          <w:tcPr>
            <w:tcW w:w="1020" w:type="dxa"/>
            <w:vAlign w:val="center"/>
          </w:tcPr>
          <w:p w14:paraId="56A9D940" w14:textId="77777777" w:rsidR="00CF697E" w:rsidRDefault="00000000">
            <w:pPr>
              <w:spacing w:after="0"/>
              <w:jc w:val="center"/>
            </w:pPr>
            <w:r>
              <w:rPr>
                <w:sz w:val="22"/>
              </w:rPr>
              <w:t>☐</w:t>
            </w:r>
          </w:p>
        </w:tc>
        <w:tc>
          <w:tcPr>
            <w:tcW w:w="1020" w:type="dxa"/>
            <w:vAlign w:val="center"/>
          </w:tcPr>
          <w:p w14:paraId="4D003FB8" w14:textId="77777777" w:rsidR="00CF697E" w:rsidRDefault="00000000">
            <w:pPr>
              <w:spacing w:after="0"/>
              <w:jc w:val="center"/>
            </w:pPr>
            <w:r>
              <w:rPr>
                <w:sz w:val="22"/>
              </w:rPr>
              <w:t>☐</w:t>
            </w:r>
          </w:p>
        </w:tc>
        <w:tc>
          <w:tcPr>
            <w:tcW w:w="1020" w:type="dxa"/>
            <w:vAlign w:val="center"/>
          </w:tcPr>
          <w:p w14:paraId="1D995D06" w14:textId="77777777" w:rsidR="00CF697E" w:rsidRDefault="00000000">
            <w:pPr>
              <w:spacing w:after="0"/>
              <w:jc w:val="center"/>
            </w:pPr>
            <w:r>
              <w:rPr>
                <w:sz w:val="22"/>
              </w:rPr>
              <w:t>☐</w:t>
            </w:r>
          </w:p>
        </w:tc>
        <w:tc>
          <w:tcPr>
            <w:tcW w:w="1020" w:type="dxa"/>
            <w:vAlign w:val="center"/>
          </w:tcPr>
          <w:p w14:paraId="1F92673A" w14:textId="77777777" w:rsidR="00CF697E" w:rsidRDefault="00000000">
            <w:pPr>
              <w:spacing w:after="0"/>
              <w:jc w:val="center"/>
            </w:pPr>
            <w:r>
              <w:rPr>
                <w:sz w:val="22"/>
              </w:rPr>
              <w:t>☐</w:t>
            </w:r>
          </w:p>
        </w:tc>
        <w:tc>
          <w:tcPr>
            <w:tcW w:w="1020" w:type="dxa"/>
            <w:vAlign w:val="center"/>
          </w:tcPr>
          <w:p w14:paraId="4E8EF0D0" w14:textId="77777777" w:rsidR="00CF697E" w:rsidRDefault="00000000">
            <w:pPr>
              <w:spacing w:after="0"/>
              <w:jc w:val="center"/>
            </w:pPr>
            <w:r>
              <w:rPr>
                <w:sz w:val="22"/>
              </w:rPr>
              <w:t>☐</w:t>
            </w:r>
          </w:p>
        </w:tc>
      </w:tr>
      <w:tr w:rsidR="00CF697E" w14:paraId="31C3F9B5" w14:textId="77777777">
        <w:trPr>
          <w:jc w:val="center"/>
        </w:trPr>
        <w:tc>
          <w:tcPr>
            <w:tcW w:w="4989" w:type="dxa"/>
            <w:vAlign w:val="center"/>
          </w:tcPr>
          <w:p w14:paraId="4AC38540" w14:textId="77777777" w:rsidR="00CF697E" w:rsidRDefault="00000000">
            <w:pPr>
              <w:spacing w:after="0"/>
            </w:pPr>
            <w:r>
              <w:rPr>
                <w:sz w:val="19"/>
              </w:rPr>
              <w:t>7. profesionalismul și amabilitatea asistentelor medicale</w:t>
            </w:r>
          </w:p>
        </w:tc>
        <w:tc>
          <w:tcPr>
            <w:tcW w:w="1020" w:type="dxa"/>
            <w:vAlign w:val="center"/>
          </w:tcPr>
          <w:p w14:paraId="49DBC35D" w14:textId="77777777" w:rsidR="00CF697E" w:rsidRDefault="00000000">
            <w:pPr>
              <w:spacing w:after="0"/>
              <w:jc w:val="center"/>
            </w:pPr>
            <w:r>
              <w:rPr>
                <w:sz w:val="22"/>
              </w:rPr>
              <w:t>☐</w:t>
            </w:r>
          </w:p>
        </w:tc>
        <w:tc>
          <w:tcPr>
            <w:tcW w:w="1020" w:type="dxa"/>
            <w:vAlign w:val="center"/>
          </w:tcPr>
          <w:p w14:paraId="0EE29BD5" w14:textId="77777777" w:rsidR="00CF697E" w:rsidRDefault="00000000">
            <w:pPr>
              <w:spacing w:after="0"/>
              <w:jc w:val="center"/>
            </w:pPr>
            <w:r>
              <w:rPr>
                <w:sz w:val="22"/>
              </w:rPr>
              <w:t>☐</w:t>
            </w:r>
          </w:p>
        </w:tc>
        <w:tc>
          <w:tcPr>
            <w:tcW w:w="1020" w:type="dxa"/>
            <w:vAlign w:val="center"/>
          </w:tcPr>
          <w:p w14:paraId="2680F413" w14:textId="77777777" w:rsidR="00CF697E" w:rsidRDefault="00000000">
            <w:pPr>
              <w:spacing w:after="0"/>
              <w:jc w:val="center"/>
            </w:pPr>
            <w:r>
              <w:rPr>
                <w:sz w:val="22"/>
              </w:rPr>
              <w:t>☐</w:t>
            </w:r>
          </w:p>
        </w:tc>
        <w:tc>
          <w:tcPr>
            <w:tcW w:w="1020" w:type="dxa"/>
            <w:vAlign w:val="center"/>
          </w:tcPr>
          <w:p w14:paraId="3C20517F" w14:textId="77777777" w:rsidR="00CF697E" w:rsidRDefault="00000000">
            <w:pPr>
              <w:spacing w:after="0"/>
              <w:jc w:val="center"/>
            </w:pPr>
            <w:r>
              <w:rPr>
                <w:sz w:val="22"/>
              </w:rPr>
              <w:t>☐</w:t>
            </w:r>
          </w:p>
        </w:tc>
        <w:tc>
          <w:tcPr>
            <w:tcW w:w="1020" w:type="dxa"/>
            <w:vAlign w:val="center"/>
          </w:tcPr>
          <w:p w14:paraId="3EE351C0" w14:textId="77777777" w:rsidR="00CF697E" w:rsidRDefault="00000000">
            <w:pPr>
              <w:spacing w:after="0"/>
              <w:jc w:val="center"/>
            </w:pPr>
            <w:r>
              <w:rPr>
                <w:sz w:val="22"/>
              </w:rPr>
              <w:t>☐</w:t>
            </w:r>
          </w:p>
        </w:tc>
      </w:tr>
      <w:tr w:rsidR="00CF697E" w14:paraId="05F9962D" w14:textId="77777777">
        <w:trPr>
          <w:jc w:val="center"/>
        </w:trPr>
        <w:tc>
          <w:tcPr>
            <w:tcW w:w="4989" w:type="dxa"/>
            <w:vAlign w:val="center"/>
          </w:tcPr>
          <w:p w14:paraId="464F6F1E" w14:textId="77777777" w:rsidR="00CF697E" w:rsidRDefault="00000000">
            <w:pPr>
              <w:spacing w:after="0"/>
            </w:pPr>
            <w:r>
              <w:rPr>
                <w:sz w:val="19"/>
              </w:rPr>
              <w:t>8. grija și atenția infirmierelor (igienă, schimbarea poziției, ajutor la masă)</w:t>
            </w:r>
          </w:p>
        </w:tc>
        <w:tc>
          <w:tcPr>
            <w:tcW w:w="1020" w:type="dxa"/>
            <w:vAlign w:val="center"/>
          </w:tcPr>
          <w:p w14:paraId="7066ADFC" w14:textId="77777777" w:rsidR="00CF697E" w:rsidRDefault="00000000">
            <w:pPr>
              <w:spacing w:after="0"/>
              <w:jc w:val="center"/>
            </w:pPr>
            <w:r>
              <w:rPr>
                <w:sz w:val="22"/>
              </w:rPr>
              <w:t>☐</w:t>
            </w:r>
          </w:p>
        </w:tc>
        <w:tc>
          <w:tcPr>
            <w:tcW w:w="1020" w:type="dxa"/>
            <w:vAlign w:val="center"/>
          </w:tcPr>
          <w:p w14:paraId="2E2D7F74" w14:textId="77777777" w:rsidR="00CF697E" w:rsidRDefault="00000000">
            <w:pPr>
              <w:spacing w:after="0"/>
              <w:jc w:val="center"/>
            </w:pPr>
            <w:r>
              <w:rPr>
                <w:sz w:val="22"/>
              </w:rPr>
              <w:t>☐</w:t>
            </w:r>
          </w:p>
        </w:tc>
        <w:tc>
          <w:tcPr>
            <w:tcW w:w="1020" w:type="dxa"/>
            <w:vAlign w:val="center"/>
          </w:tcPr>
          <w:p w14:paraId="227F55FE" w14:textId="77777777" w:rsidR="00CF697E" w:rsidRDefault="00000000">
            <w:pPr>
              <w:spacing w:after="0"/>
              <w:jc w:val="center"/>
            </w:pPr>
            <w:r>
              <w:rPr>
                <w:sz w:val="22"/>
              </w:rPr>
              <w:t>☐</w:t>
            </w:r>
          </w:p>
        </w:tc>
        <w:tc>
          <w:tcPr>
            <w:tcW w:w="1020" w:type="dxa"/>
            <w:vAlign w:val="center"/>
          </w:tcPr>
          <w:p w14:paraId="0A12A461" w14:textId="77777777" w:rsidR="00CF697E" w:rsidRDefault="00000000">
            <w:pPr>
              <w:spacing w:after="0"/>
              <w:jc w:val="center"/>
            </w:pPr>
            <w:r>
              <w:rPr>
                <w:sz w:val="22"/>
              </w:rPr>
              <w:t>☐</w:t>
            </w:r>
          </w:p>
        </w:tc>
        <w:tc>
          <w:tcPr>
            <w:tcW w:w="1020" w:type="dxa"/>
            <w:vAlign w:val="center"/>
          </w:tcPr>
          <w:p w14:paraId="0838CC12" w14:textId="77777777" w:rsidR="00CF697E" w:rsidRDefault="00000000">
            <w:pPr>
              <w:spacing w:after="0"/>
              <w:jc w:val="center"/>
            </w:pPr>
            <w:r>
              <w:rPr>
                <w:sz w:val="22"/>
              </w:rPr>
              <w:t>☐</w:t>
            </w:r>
          </w:p>
        </w:tc>
      </w:tr>
      <w:tr w:rsidR="00CF697E" w14:paraId="5C02A7EB" w14:textId="77777777">
        <w:trPr>
          <w:jc w:val="center"/>
        </w:trPr>
        <w:tc>
          <w:tcPr>
            <w:tcW w:w="4989" w:type="dxa"/>
            <w:vAlign w:val="center"/>
          </w:tcPr>
          <w:p w14:paraId="5302E256" w14:textId="77777777" w:rsidR="00CF697E" w:rsidRDefault="00000000">
            <w:pPr>
              <w:spacing w:after="0"/>
            </w:pPr>
            <w:r>
              <w:rPr>
                <w:sz w:val="19"/>
              </w:rPr>
              <w:t>9. modul în care sunt controlate durerea și celelalte simptome (respirația, greața, insomnia etc.)</w:t>
            </w:r>
          </w:p>
        </w:tc>
        <w:tc>
          <w:tcPr>
            <w:tcW w:w="1020" w:type="dxa"/>
            <w:vAlign w:val="center"/>
          </w:tcPr>
          <w:p w14:paraId="30B1DA9B" w14:textId="77777777" w:rsidR="00CF697E" w:rsidRDefault="00000000">
            <w:pPr>
              <w:spacing w:after="0"/>
              <w:jc w:val="center"/>
            </w:pPr>
            <w:r>
              <w:rPr>
                <w:sz w:val="22"/>
              </w:rPr>
              <w:t>☐</w:t>
            </w:r>
          </w:p>
        </w:tc>
        <w:tc>
          <w:tcPr>
            <w:tcW w:w="1020" w:type="dxa"/>
            <w:vAlign w:val="center"/>
          </w:tcPr>
          <w:p w14:paraId="321C2C39" w14:textId="77777777" w:rsidR="00CF697E" w:rsidRDefault="00000000">
            <w:pPr>
              <w:spacing w:after="0"/>
              <w:jc w:val="center"/>
            </w:pPr>
            <w:r>
              <w:rPr>
                <w:sz w:val="22"/>
              </w:rPr>
              <w:t>☐</w:t>
            </w:r>
          </w:p>
        </w:tc>
        <w:tc>
          <w:tcPr>
            <w:tcW w:w="1020" w:type="dxa"/>
            <w:vAlign w:val="center"/>
          </w:tcPr>
          <w:p w14:paraId="7DD95E38" w14:textId="77777777" w:rsidR="00CF697E" w:rsidRDefault="00000000">
            <w:pPr>
              <w:spacing w:after="0"/>
              <w:jc w:val="center"/>
            </w:pPr>
            <w:r>
              <w:rPr>
                <w:sz w:val="22"/>
              </w:rPr>
              <w:t>☐</w:t>
            </w:r>
          </w:p>
        </w:tc>
        <w:tc>
          <w:tcPr>
            <w:tcW w:w="1020" w:type="dxa"/>
            <w:vAlign w:val="center"/>
          </w:tcPr>
          <w:p w14:paraId="1700908B" w14:textId="77777777" w:rsidR="00CF697E" w:rsidRDefault="00000000">
            <w:pPr>
              <w:spacing w:after="0"/>
              <w:jc w:val="center"/>
            </w:pPr>
            <w:r>
              <w:rPr>
                <w:sz w:val="22"/>
              </w:rPr>
              <w:t>☐</w:t>
            </w:r>
          </w:p>
        </w:tc>
        <w:tc>
          <w:tcPr>
            <w:tcW w:w="1020" w:type="dxa"/>
            <w:vAlign w:val="center"/>
          </w:tcPr>
          <w:p w14:paraId="0BB5E443" w14:textId="77777777" w:rsidR="00CF697E" w:rsidRDefault="00000000">
            <w:pPr>
              <w:spacing w:after="0"/>
              <w:jc w:val="center"/>
            </w:pPr>
            <w:r>
              <w:rPr>
                <w:sz w:val="22"/>
              </w:rPr>
              <w:t>☐</w:t>
            </w:r>
          </w:p>
        </w:tc>
      </w:tr>
      <w:tr w:rsidR="00CF697E" w14:paraId="0348A0F7" w14:textId="77777777">
        <w:trPr>
          <w:jc w:val="center"/>
        </w:trPr>
        <w:tc>
          <w:tcPr>
            <w:tcW w:w="4989" w:type="dxa"/>
            <w:vAlign w:val="center"/>
          </w:tcPr>
          <w:p w14:paraId="6CF0CA72" w14:textId="77777777" w:rsidR="00CF697E" w:rsidRDefault="00000000">
            <w:pPr>
              <w:spacing w:after="0"/>
            </w:pPr>
            <w:r>
              <w:rPr>
                <w:sz w:val="19"/>
              </w:rPr>
              <w:t>10. sprijinul psihologic, social și spiritual, atunci când a fost nevoie</w:t>
            </w:r>
          </w:p>
        </w:tc>
        <w:tc>
          <w:tcPr>
            <w:tcW w:w="1020" w:type="dxa"/>
            <w:vAlign w:val="center"/>
          </w:tcPr>
          <w:p w14:paraId="6C935CB7" w14:textId="77777777" w:rsidR="00CF697E" w:rsidRDefault="00000000">
            <w:pPr>
              <w:spacing w:after="0"/>
              <w:jc w:val="center"/>
            </w:pPr>
            <w:r>
              <w:rPr>
                <w:sz w:val="22"/>
              </w:rPr>
              <w:t>☐</w:t>
            </w:r>
          </w:p>
        </w:tc>
        <w:tc>
          <w:tcPr>
            <w:tcW w:w="1020" w:type="dxa"/>
            <w:vAlign w:val="center"/>
          </w:tcPr>
          <w:p w14:paraId="6C58C87F" w14:textId="77777777" w:rsidR="00CF697E" w:rsidRDefault="00000000">
            <w:pPr>
              <w:spacing w:after="0"/>
              <w:jc w:val="center"/>
            </w:pPr>
            <w:r>
              <w:rPr>
                <w:sz w:val="22"/>
              </w:rPr>
              <w:t>☐</w:t>
            </w:r>
          </w:p>
        </w:tc>
        <w:tc>
          <w:tcPr>
            <w:tcW w:w="1020" w:type="dxa"/>
            <w:vAlign w:val="center"/>
          </w:tcPr>
          <w:p w14:paraId="25109F42" w14:textId="77777777" w:rsidR="00CF697E" w:rsidRDefault="00000000">
            <w:pPr>
              <w:spacing w:after="0"/>
              <w:jc w:val="center"/>
            </w:pPr>
            <w:r>
              <w:rPr>
                <w:sz w:val="22"/>
              </w:rPr>
              <w:t>☐</w:t>
            </w:r>
          </w:p>
        </w:tc>
        <w:tc>
          <w:tcPr>
            <w:tcW w:w="1020" w:type="dxa"/>
            <w:vAlign w:val="center"/>
          </w:tcPr>
          <w:p w14:paraId="09BA68D8" w14:textId="77777777" w:rsidR="00CF697E" w:rsidRDefault="00000000">
            <w:pPr>
              <w:spacing w:after="0"/>
              <w:jc w:val="center"/>
            </w:pPr>
            <w:r>
              <w:rPr>
                <w:sz w:val="22"/>
              </w:rPr>
              <w:t>☐</w:t>
            </w:r>
          </w:p>
        </w:tc>
        <w:tc>
          <w:tcPr>
            <w:tcW w:w="1020" w:type="dxa"/>
            <w:vAlign w:val="center"/>
          </w:tcPr>
          <w:p w14:paraId="4F54CCFB" w14:textId="77777777" w:rsidR="00CF697E" w:rsidRDefault="00000000">
            <w:pPr>
              <w:spacing w:after="0"/>
              <w:jc w:val="center"/>
            </w:pPr>
            <w:r>
              <w:rPr>
                <w:sz w:val="22"/>
              </w:rPr>
              <w:t>☐</w:t>
            </w:r>
          </w:p>
        </w:tc>
      </w:tr>
      <w:tr w:rsidR="00CF697E" w14:paraId="6B1BBAF8" w14:textId="77777777">
        <w:trPr>
          <w:jc w:val="center"/>
        </w:trPr>
        <w:tc>
          <w:tcPr>
            <w:tcW w:w="4989" w:type="dxa"/>
            <w:vAlign w:val="center"/>
          </w:tcPr>
          <w:p w14:paraId="1453C6CD" w14:textId="77777777" w:rsidR="00CF697E" w:rsidRDefault="00000000">
            <w:pPr>
              <w:spacing w:after="0"/>
            </w:pPr>
            <w:r>
              <w:rPr>
                <w:sz w:val="19"/>
              </w:rPr>
              <w:t>11. kinetoterapia și mobilizarea pacientului</w:t>
            </w:r>
          </w:p>
        </w:tc>
        <w:tc>
          <w:tcPr>
            <w:tcW w:w="1020" w:type="dxa"/>
            <w:vAlign w:val="center"/>
          </w:tcPr>
          <w:p w14:paraId="6CFE5A3F" w14:textId="77777777" w:rsidR="00CF697E" w:rsidRDefault="00000000">
            <w:pPr>
              <w:spacing w:after="0"/>
              <w:jc w:val="center"/>
            </w:pPr>
            <w:r>
              <w:rPr>
                <w:sz w:val="22"/>
              </w:rPr>
              <w:t>☐</w:t>
            </w:r>
          </w:p>
        </w:tc>
        <w:tc>
          <w:tcPr>
            <w:tcW w:w="1020" w:type="dxa"/>
            <w:vAlign w:val="center"/>
          </w:tcPr>
          <w:p w14:paraId="74D9276F" w14:textId="77777777" w:rsidR="00CF697E" w:rsidRDefault="00000000">
            <w:pPr>
              <w:spacing w:after="0"/>
              <w:jc w:val="center"/>
            </w:pPr>
            <w:r>
              <w:rPr>
                <w:sz w:val="22"/>
              </w:rPr>
              <w:t>☐</w:t>
            </w:r>
          </w:p>
        </w:tc>
        <w:tc>
          <w:tcPr>
            <w:tcW w:w="1020" w:type="dxa"/>
            <w:vAlign w:val="center"/>
          </w:tcPr>
          <w:p w14:paraId="49CAB39A" w14:textId="77777777" w:rsidR="00CF697E" w:rsidRDefault="00000000">
            <w:pPr>
              <w:spacing w:after="0"/>
              <w:jc w:val="center"/>
            </w:pPr>
            <w:r>
              <w:rPr>
                <w:sz w:val="22"/>
              </w:rPr>
              <w:t>☐</w:t>
            </w:r>
          </w:p>
        </w:tc>
        <w:tc>
          <w:tcPr>
            <w:tcW w:w="1020" w:type="dxa"/>
            <w:vAlign w:val="center"/>
          </w:tcPr>
          <w:p w14:paraId="0058F28A" w14:textId="77777777" w:rsidR="00CF697E" w:rsidRDefault="00000000">
            <w:pPr>
              <w:spacing w:after="0"/>
              <w:jc w:val="center"/>
            </w:pPr>
            <w:r>
              <w:rPr>
                <w:sz w:val="22"/>
              </w:rPr>
              <w:t>☐</w:t>
            </w:r>
          </w:p>
        </w:tc>
        <w:tc>
          <w:tcPr>
            <w:tcW w:w="1020" w:type="dxa"/>
            <w:vAlign w:val="center"/>
          </w:tcPr>
          <w:p w14:paraId="6F5D5892" w14:textId="77777777" w:rsidR="00CF697E" w:rsidRDefault="00000000">
            <w:pPr>
              <w:spacing w:after="0"/>
              <w:jc w:val="center"/>
            </w:pPr>
            <w:r>
              <w:rPr>
                <w:sz w:val="22"/>
              </w:rPr>
              <w:t>☐</w:t>
            </w:r>
          </w:p>
        </w:tc>
      </w:tr>
      <w:tr w:rsidR="00CF697E" w14:paraId="66915D46" w14:textId="77777777">
        <w:trPr>
          <w:jc w:val="center"/>
        </w:trPr>
        <w:tc>
          <w:tcPr>
            <w:tcW w:w="4989" w:type="dxa"/>
            <w:vAlign w:val="center"/>
          </w:tcPr>
          <w:p w14:paraId="21E0B3E8" w14:textId="77777777" w:rsidR="00CF697E" w:rsidRDefault="00000000">
            <w:pPr>
              <w:spacing w:after="0"/>
            </w:pPr>
            <w:r>
              <w:rPr>
                <w:sz w:val="19"/>
              </w:rPr>
              <w:t>12. rapiditatea cu care personalul răspunde când este chemat</w:t>
            </w:r>
          </w:p>
        </w:tc>
        <w:tc>
          <w:tcPr>
            <w:tcW w:w="1020" w:type="dxa"/>
            <w:vAlign w:val="center"/>
          </w:tcPr>
          <w:p w14:paraId="44628FD7" w14:textId="77777777" w:rsidR="00CF697E" w:rsidRDefault="00000000">
            <w:pPr>
              <w:spacing w:after="0"/>
              <w:jc w:val="center"/>
            </w:pPr>
            <w:r>
              <w:rPr>
                <w:sz w:val="22"/>
              </w:rPr>
              <w:t>☐</w:t>
            </w:r>
          </w:p>
        </w:tc>
        <w:tc>
          <w:tcPr>
            <w:tcW w:w="1020" w:type="dxa"/>
            <w:vAlign w:val="center"/>
          </w:tcPr>
          <w:p w14:paraId="14350CAA" w14:textId="77777777" w:rsidR="00CF697E" w:rsidRDefault="00000000">
            <w:pPr>
              <w:spacing w:after="0"/>
              <w:jc w:val="center"/>
            </w:pPr>
            <w:r>
              <w:rPr>
                <w:sz w:val="22"/>
              </w:rPr>
              <w:t>☐</w:t>
            </w:r>
          </w:p>
        </w:tc>
        <w:tc>
          <w:tcPr>
            <w:tcW w:w="1020" w:type="dxa"/>
            <w:vAlign w:val="center"/>
          </w:tcPr>
          <w:p w14:paraId="52339C44" w14:textId="77777777" w:rsidR="00CF697E" w:rsidRDefault="00000000">
            <w:pPr>
              <w:spacing w:after="0"/>
              <w:jc w:val="center"/>
            </w:pPr>
            <w:r>
              <w:rPr>
                <w:sz w:val="22"/>
              </w:rPr>
              <w:t>☐</w:t>
            </w:r>
          </w:p>
        </w:tc>
        <w:tc>
          <w:tcPr>
            <w:tcW w:w="1020" w:type="dxa"/>
            <w:vAlign w:val="center"/>
          </w:tcPr>
          <w:p w14:paraId="20FEB39F" w14:textId="77777777" w:rsidR="00CF697E" w:rsidRDefault="00000000">
            <w:pPr>
              <w:spacing w:after="0"/>
              <w:jc w:val="center"/>
            </w:pPr>
            <w:r>
              <w:rPr>
                <w:sz w:val="22"/>
              </w:rPr>
              <w:t>☐</w:t>
            </w:r>
          </w:p>
        </w:tc>
        <w:tc>
          <w:tcPr>
            <w:tcW w:w="1020" w:type="dxa"/>
            <w:vAlign w:val="center"/>
          </w:tcPr>
          <w:p w14:paraId="663DA936" w14:textId="77777777" w:rsidR="00CF697E" w:rsidRDefault="00000000">
            <w:pPr>
              <w:spacing w:after="0"/>
              <w:jc w:val="center"/>
            </w:pPr>
            <w:r>
              <w:rPr>
                <w:sz w:val="22"/>
              </w:rPr>
              <w:t>☐</w:t>
            </w:r>
          </w:p>
        </w:tc>
      </w:tr>
    </w:tbl>
    <w:p w14:paraId="71B42C68" w14:textId="77777777" w:rsidR="00CF697E" w:rsidRDefault="00CF697E">
      <w:pPr>
        <w:spacing w:after="80"/>
      </w:pPr>
    </w:p>
    <w:p w14:paraId="281873CA" w14:textId="77777777" w:rsidR="00CF697E" w:rsidRDefault="00000000">
      <w:pPr>
        <w:spacing w:after="0"/>
      </w:pPr>
      <w:r>
        <w:t>13. Vi s-a explicat cum se iau medicamentele, iar administrarea lor a fost supravegheată de asistentă?</w:t>
      </w:r>
    </w:p>
    <w:p w14:paraId="4D1ED656" w14:textId="77777777" w:rsidR="00CF697E" w:rsidRDefault="00000000">
      <w:pPr>
        <w:spacing w:after="100"/>
      </w:pPr>
      <w:r>
        <w:t xml:space="preserve">     ☐ Întotdeauna     ☐ Uneori     ☐ Niciodată     ☐ Nu a fost cazul</w:t>
      </w:r>
    </w:p>
    <w:p w14:paraId="331185CC" w14:textId="77777777" w:rsidR="00CF697E" w:rsidRDefault="00000000">
      <w:pPr>
        <w:spacing w:after="0"/>
      </w:pPr>
      <w:r>
        <w:t>14. Medicamentele administrate în Centru:</w:t>
      </w:r>
    </w:p>
    <w:p w14:paraId="4246B3CF" w14:textId="77777777" w:rsidR="00CF697E" w:rsidRDefault="00000000">
      <w:pPr>
        <w:spacing w:after="100"/>
      </w:pPr>
      <w:r>
        <w:t xml:space="preserve">     ☐ le-ați primit de la Centru     ☐ le-ați cumpărat dumneavoastră / familia     ☐ ambele variante</w:t>
      </w:r>
    </w:p>
    <w:p w14:paraId="2D6CD7BA" w14:textId="77777777" w:rsidR="00CF697E" w:rsidRDefault="00000000">
      <w:pPr>
        <w:spacing w:after="60"/>
      </w:pPr>
      <w:r>
        <w:rPr>
          <w:b/>
          <w:sz w:val="22"/>
        </w:rPr>
        <w:t>C. Condițiile hoteliere</w:t>
      </w:r>
    </w:p>
    <w:tbl>
      <w:tblPr>
        <w:tblStyle w:val="TableGrid"/>
        <w:tblW w:w="0" w:type="auto"/>
        <w:jc w:val="center"/>
        <w:tblLayout w:type="fixed"/>
        <w:tblLook w:val="04A0" w:firstRow="1" w:lastRow="0" w:firstColumn="1" w:lastColumn="0" w:noHBand="0" w:noVBand="1"/>
      </w:tblPr>
      <w:tblGrid>
        <w:gridCol w:w="4989"/>
        <w:gridCol w:w="1020"/>
        <w:gridCol w:w="1020"/>
        <w:gridCol w:w="1020"/>
        <w:gridCol w:w="1020"/>
        <w:gridCol w:w="1020"/>
      </w:tblGrid>
      <w:tr w:rsidR="00CF697E" w14:paraId="50766E1E" w14:textId="77777777">
        <w:trPr>
          <w:jc w:val="center"/>
        </w:trPr>
        <w:tc>
          <w:tcPr>
            <w:tcW w:w="4989" w:type="dxa"/>
            <w:shd w:val="clear" w:color="auto" w:fill="D9E8E4"/>
            <w:vAlign w:val="center"/>
          </w:tcPr>
          <w:p w14:paraId="439CD802" w14:textId="77777777" w:rsidR="00CF697E" w:rsidRDefault="00000000">
            <w:pPr>
              <w:spacing w:after="0"/>
            </w:pPr>
            <w:r>
              <w:rPr>
                <w:b/>
                <w:sz w:val="19"/>
              </w:rPr>
              <w:t>Cât de mulțumit sunteți de…</w:t>
            </w:r>
          </w:p>
        </w:tc>
        <w:tc>
          <w:tcPr>
            <w:tcW w:w="1020" w:type="dxa"/>
            <w:shd w:val="clear" w:color="auto" w:fill="D9E8E4"/>
            <w:vAlign w:val="center"/>
          </w:tcPr>
          <w:p w14:paraId="73178B9B" w14:textId="77777777" w:rsidR="00CF697E" w:rsidRDefault="00000000">
            <w:pPr>
              <w:spacing w:after="0"/>
              <w:jc w:val="center"/>
            </w:pPr>
            <w:r>
              <w:rPr>
                <w:b/>
                <w:sz w:val="15"/>
              </w:rPr>
              <w:t>Foarte</w:t>
            </w:r>
            <w:r>
              <w:rPr>
                <w:b/>
                <w:sz w:val="15"/>
              </w:rPr>
              <w:br/>
              <w:t>mulțumit</w:t>
            </w:r>
          </w:p>
        </w:tc>
        <w:tc>
          <w:tcPr>
            <w:tcW w:w="1020" w:type="dxa"/>
            <w:shd w:val="clear" w:color="auto" w:fill="D9E8E4"/>
            <w:vAlign w:val="center"/>
          </w:tcPr>
          <w:p w14:paraId="6953B311" w14:textId="77777777" w:rsidR="00CF697E" w:rsidRDefault="00000000">
            <w:pPr>
              <w:spacing w:after="0"/>
              <w:jc w:val="center"/>
            </w:pPr>
            <w:r>
              <w:rPr>
                <w:b/>
                <w:sz w:val="15"/>
              </w:rPr>
              <w:t>Mulțumit</w:t>
            </w:r>
          </w:p>
        </w:tc>
        <w:tc>
          <w:tcPr>
            <w:tcW w:w="1020" w:type="dxa"/>
            <w:shd w:val="clear" w:color="auto" w:fill="D9E8E4"/>
            <w:vAlign w:val="center"/>
          </w:tcPr>
          <w:p w14:paraId="4B097375" w14:textId="77777777" w:rsidR="00CF697E" w:rsidRDefault="00000000">
            <w:pPr>
              <w:spacing w:after="0"/>
              <w:jc w:val="center"/>
            </w:pPr>
            <w:r>
              <w:rPr>
                <w:b/>
                <w:sz w:val="15"/>
              </w:rPr>
              <w:t>Nemul-</w:t>
            </w:r>
            <w:r>
              <w:rPr>
                <w:b/>
                <w:sz w:val="15"/>
              </w:rPr>
              <w:br/>
              <w:t>țumit</w:t>
            </w:r>
          </w:p>
        </w:tc>
        <w:tc>
          <w:tcPr>
            <w:tcW w:w="1020" w:type="dxa"/>
            <w:shd w:val="clear" w:color="auto" w:fill="D9E8E4"/>
            <w:vAlign w:val="center"/>
          </w:tcPr>
          <w:p w14:paraId="449F3901" w14:textId="77777777" w:rsidR="00CF697E" w:rsidRDefault="00000000">
            <w:pPr>
              <w:spacing w:after="0"/>
              <w:jc w:val="center"/>
            </w:pPr>
            <w:r>
              <w:rPr>
                <w:b/>
                <w:sz w:val="15"/>
              </w:rPr>
              <w:t>Foarte</w:t>
            </w:r>
            <w:r>
              <w:rPr>
                <w:b/>
                <w:sz w:val="15"/>
              </w:rPr>
              <w:br/>
              <w:t>nemulțumit</w:t>
            </w:r>
          </w:p>
        </w:tc>
        <w:tc>
          <w:tcPr>
            <w:tcW w:w="1020" w:type="dxa"/>
            <w:shd w:val="clear" w:color="auto" w:fill="D9E8E4"/>
            <w:vAlign w:val="center"/>
          </w:tcPr>
          <w:p w14:paraId="2B5AAB9D" w14:textId="77777777" w:rsidR="00CF697E" w:rsidRDefault="00000000">
            <w:pPr>
              <w:spacing w:after="0"/>
              <w:jc w:val="center"/>
            </w:pPr>
            <w:r>
              <w:rPr>
                <w:b/>
                <w:sz w:val="15"/>
              </w:rPr>
              <w:t>Nu e</w:t>
            </w:r>
            <w:r>
              <w:rPr>
                <w:b/>
                <w:sz w:val="15"/>
              </w:rPr>
              <w:br/>
              <w:t>cazul</w:t>
            </w:r>
          </w:p>
        </w:tc>
      </w:tr>
      <w:tr w:rsidR="00CF697E" w14:paraId="579BB401" w14:textId="77777777">
        <w:trPr>
          <w:jc w:val="center"/>
        </w:trPr>
        <w:tc>
          <w:tcPr>
            <w:tcW w:w="4989" w:type="dxa"/>
            <w:vAlign w:val="center"/>
          </w:tcPr>
          <w:p w14:paraId="6A6B44B2" w14:textId="77777777" w:rsidR="00CF697E" w:rsidRDefault="00000000">
            <w:pPr>
              <w:spacing w:after="0"/>
            </w:pPr>
            <w:r>
              <w:rPr>
                <w:sz w:val="19"/>
              </w:rPr>
              <w:t>15. curățenia în saloane</w:t>
            </w:r>
          </w:p>
        </w:tc>
        <w:tc>
          <w:tcPr>
            <w:tcW w:w="1020" w:type="dxa"/>
            <w:vAlign w:val="center"/>
          </w:tcPr>
          <w:p w14:paraId="30374BAA" w14:textId="77777777" w:rsidR="00CF697E" w:rsidRDefault="00000000">
            <w:pPr>
              <w:spacing w:after="0"/>
              <w:jc w:val="center"/>
            </w:pPr>
            <w:r>
              <w:rPr>
                <w:sz w:val="22"/>
              </w:rPr>
              <w:t>☐</w:t>
            </w:r>
          </w:p>
        </w:tc>
        <w:tc>
          <w:tcPr>
            <w:tcW w:w="1020" w:type="dxa"/>
            <w:vAlign w:val="center"/>
          </w:tcPr>
          <w:p w14:paraId="545E7AEB" w14:textId="77777777" w:rsidR="00CF697E" w:rsidRDefault="00000000">
            <w:pPr>
              <w:spacing w:after="0"/>
              <w:jc w:val="center"/>
            </w:pPr>
            <w:r>
              <w:rPr>
                <w:sz w:val="22"/>
              </w:rPr>
              <w:t>☐</w:t>
            </w:r>
          </w:p>
        </w:tc>
        <w:tc>
          <w:tcPr>
            <w:tcW w:w="1020" w:type="dxa"/>
            <w:vAlign w:val="center"/>
          </w:tcPr>
          <w:p w14:paraId="479E721F" w14:textId="77777777" w:rsidR="00CF697E" w:rsidRDefault="00000000">
            <w:pPr>
              <w:spacing w:after="0"/>
              <w:jc w:val="center"/>
            </w:pPr>
            <w:r>
              <w:rPr>
                <w:sz w:val="22"/>
              </w:rPr>
              <w:t>☐</w:t>
            </w:r>
          </w:p>
        </w:tc>
        <w:tc>
          <w:tcPr>
            <w:tcW w:w="1020" w:type="dxa"/>
            <w:vAlign w:val="center"/>
          </w:tcPr>
          <w:p w14:paraId="248CE68E" w14:textId="77777777" w:rsidR="00CF697E" w:rsidRDefault="00000000">
            <w:pPr>
              <w:spacing w:after="0"/>
              <w:jc w:val="center"/>
            </w:pPr>
            <w:r>
              <w:rPr>
                <w:sz w:val="22"/>
              </w:rPr>
              <w:t>☐</w:t>
            </w:r>
          </w:p>
        </w:tc>
        <w:tc>
          <w:tcPr>
            <w:tcW w:w="1020" w:type="dxa"/>
            <w:vAlign w:val="center"/>
          </w:tcPr>
          <w:p w14:paraId="4C75A084" w14:textId="77777777" w:rsidR="00CF697E" w:rsidRDefault="00000000">
            <w:pPr>
              <w:spacing w:after="0"/>
              <w:jc w:val="center"/>
            </w:pPr>
            <w:r>
              <w:rPr>
                <w:sz w:val="22"/>
              </w:rPr>
              <w:t>☐</w:t>
            </w:r>
          </w:p>
        </w:tc>
      </w:tr>
      <w:tr w:rsidR="00CF697E" w14:paraId="0FC06E36" w14:textId="77777777">
        <w:trPr>
          <w:jc w:val="center"/>
        </w:trPr>
        <w:tc>
          <w:tcPr>
            <w:tcW w:w="4989" w:type="dxa"/>
            <w:vAlign w:val="center"/>
          </w:tcPr>
          <w:p w14:paraId="0B557238" w14:textId="77777777" w:rsidR="00CF697E" w:rsidRDefault="00000000">
            <w:pPr>
              <w:spacing w:after="0"/>
            </w:pPr>
            <w:r>
              <w:rPr>
                <w:sz w:val="19"/>
              </w:rPr>
              <w:t>16. curățenia în băi și grupurile sanitare</w:t>
            </w:r>
          </w:p>
        </w:tc>
        <w:tc>
          <w:tcPr>
            <w:tcW w:w="1020" w:type="dxa"/>
            <w:vAlign w:val="center"/>
          </w:tcPr>
          <w:p w14:paraId="680B7860" w14:textId="77777777" w:rsidR="00CF697E" w:rsidRDefault="00000000">
            <w:pPr>
              <w:spacing w:after="0"/>
              <w:jc w:val="center"/>
            </w:pPr>
            <w:r>
              <w:rPr>
                <w:sz w:val="22"/>
              </w:rPr>
              <w:t>☐</w:t>
            </w:r>
          </w:p>
        </w:tc>
        <w:tc>
          <w:tcPr>
            <w:tcW w:w="1020" w:type="dxa"/>
            <w:vAlign w:val="center"/>
          </w:tcPr>
          <w:p w14:paraId="1B15F742" w14:textId="77777777" w:rsidR="00CF697E" w:rsidRDefault="00000000">
            <w:pPr>
              <w:spacing w:after="0"/>
              <w:jc w:val="center"/>
            </w:pPr>
            <w:r>
              <w:rPr>
                <w:sz w:val="22"/>
              </w:rPr>
              <w:t>☐</w:t>
            </w:r>
          </w:p>
        </w:tc>
        <w:tc>
          <w:tcPr>
            <w:tcW w:w="1020" w:type="dxa"/>
            <w:vAlign w:val="center"/>
          </w:tcPr>
          <w:p w14:paraId="34BB6689" w14:textId="77777777" w:rsidR="00CF697E" w:rsidRDefault="00000000">
            <w:pPr>
              <w:spacing w:after="0"/>
              <w:jc w:val="center"/>
            </w:pPr>
            <w:r>
              <w:rPr>
                <w:sz w:val="22"/>
              </w:rPr>
              <w:t>☐</w:t>
            </w:r>
          </w:p>
        </w:tc>
        <w:tc>
          <w:tcPr>
            <w:tcW w:w="1020" w:type="dxa"/>
            <w:vAlign w:val="center"/>
          </w:tcPr>
          <w:p w14:paraId="14595B28" w14:textId="77777777" w:rsidR="00CF697E" w:rsidRDefault="00000000">
            <w:pPr>
              <w:spacing w:after="0"/>
              <w:jc w:val="center"/>
            </w:pPr>
            <w:r>
              <w:rPr>
                <w:sz w:val="22"/>
              </w:rPr>
              <w:t>☐</w:t>
            </w:r>
          </w:p>
        </w:tc>
        <w:tc>
          <w:tcPr>
            <w:tcW w:w="1020" w:type="dxa"/>
            <w:vAlign w:val="center"/>
          </w:tcPr>
          <w:p w14:paraId="430AC8A6" w14:textId="77777777" w:rsidR="00CF697E" w:rsidRDefault="00000000">
            <w:pPr>
              <w:spacing w:after="0"/>
              <w:jc w:val="center"/>
            </w:pPr>
            <w:r>
              <w:rPr>
                <w:sz w:val="22"/>
              </w:rPr>
              <w:t>☐</w:t>
            </w:r>
          </w:p>
        </w:tc>
      </w:tr>
      <w:tr w:rsidR="00CF697E" w14:paraId="375D6610" w14:textId="77777777">
        <w:trPr>
          <w:jc w:val="center"/>
        </w:trPr>
        <w:tc>
          <w:tcPr>
            <w:tcW w:w="4989" w:type="dxa"/>
            <w:vAlign w:val="center"/>
          </w:tcPr>
          <w:p w14:paraId="6450C24A" w14:textId="77777777" w:rsidR="00CF697E" w:rsidRDefault="00000000">
            <w:pPr>
              <w:spacing w:after="0"/>
            </w:pPr>
            <w:r>
              <w:rPr>
                <w:sz w:val="19"/>
              </w:rPr>
              <w:lastRenderedPageBreak/>
              <w:t>17. calitatea și schimbarea lenjeriei de pat</w:t>
            </w:r>
          </w:p>
        </w:tc>
        <w:tc>
          <w:tcPr>
            <w:tcW w:w="1020" w:type="dxa"/>
            <w:vAlign w:val="center"/>
          </w:tcPr>
          <w:p w14:paraId="093A8553" w14:textId="77777777" w:rsidR="00CF697E" w:rsidRDefault="00000000">
            <w:pPr>
              <w:spacing w:after="0"/>
              <w:jc w:val="center"/>
            </w:pPr>
            <w:r>
              <w:rPr>
                <w:sz w:val="22"/>
              </w:rPr>
              <w:t>☐</w:t>
            </w:r>
          </w:p>
        </w:tc>
        <w:tc>
          <w:tcPr>
            <w:tcW w:w="1020" w:type="dxa"/>
            <w:vAlign w:val="center"/>
          </w:tcPr>
          <w:p w14:paraId="25197EF8" w14:textId="77777777" w:rsidR="00CF697E" w:rsidRDefault="00000000">
            <w:pPr>
              <w:spacing w:after="0"/>
              <w:jc w:val="center"/>
            </w:pPr>
            <w:r>
              <w:rPr>
                <w:sz w:val="22"/>
              </w:rPr>
              <w:t>☐</w:t>
            </w:r>
          </w:p>
        </w:tc>
        <w:tc>
          <w:tcPr>
            <w:tcW w:w="1020" w:type="dxa"/>
            <w:vAlign w:val="center"/>
          </w:tcPr>
          <w:p w14:paraId="5E28C450" w14:textId="77777777" w:rsidR="00CF697E" w:rsidRDefault="00000000">
            <w:pPr>
              <w:spacing w:after="0"/>
              <w:jc w:val="center"/>
            </w:pPr>
            <w:r>
              <w:rPr>
                <w:sz w:val="22"/>
              </w:rPr>
              <w:t>☐</w:t>
            </w:r>
          </w:p>
        </w:tc>
        <w:tc>
          <w:tcPr>
            <w:tcW w:w="1020" w:type="dxa"/>
            <w:vAlign w:val="center"/>
          </w:tcPr>
          <w:p w14:paraId="5D001132" w14:textId="77777777" w:rsidR="00CF697E" w:rsidRDefault="00000000">
            <w:pPr>
              <w:spacing w:after="0"/>
              <w:jc w:val="center"/>
            </w:pPr>
            <w:r>
              <w:rPr>
                <w:sz w:val="22"/>
              </w:rPr>
              <w:t>☐</w:t>
            </w:r>
          </w:p>
        </w:tc>
        <w:tc>
          <w:tcPr>
            <w:tcW w:w="1020" w:type="dxa"/>
            <w:vAlign w:val="center"/>
          </w:tcPr>
          <w:p w14:paraId="66A086B9" w14:textId="77777777" w:rsidR="00CF697E" w:rsidRDefault="00000000">
            <w:pPr>
              <w:spacing w:after="0"/>
              <w:jc w:val="center"/>
            </w:pPr>
            <w:r>
              <w:rPr>
                <w:sz w:val="22"/>
              </w:rPr>
              <w:t>☐</w:t>
            </w:r>
          </w:p>
        </w:tc>
      </w:tr>
      <w:tr w:rsidR="00CF697E" w14:paraId="75E8E766" w14:textId="77777777">
        <w:trPr>
          <w:jc w:val="center"/>
        </w:trPr>
        <w:tc>
          <w:tcPr>
            <w:tcW w:w="4989" w:type="dxa"/>
            <w:vAlign w:val="center"/>
          </w:tcPr>
          <w:p w14:paraId="15213B26" w14:textId="77777777" w:rsidR="00CF697E" w:rsidRDefault="00000000">
            <w:pPr>
              <w:spacing w:after="0"/>
            </w:pPr>
            <w:r>
              <w:rPr>
                <w:sz w:val="19"/>
              </w:rPr>
              <w:t>18. confortul salonului (temperatură, liniște, lumină, mobilier)</w:t>
            </w:r>
          </w:p>
        </w:tc>
        <w:tc>
          <w:tcPr>
            <w:tcW w:w="1020" w:type="dxa"/>
            <w:vAlign w:val="center"/>
          </w:tcPr>
          <w:p w14:paraId="36E6D149" w14:textId="77777777" w:rsidR="00CF697E" w:rsidRDefault="00000000">
            <w:pPr>
              <w:spacing w:after="0"/>
              <w:jc w:val="center"/>
            </w:pPr>
            <w:r>
              <w:rPr>
                <w:sz w:val="22"/>
              </w:rPr>
              <w:t>☐</w:t>
            </w:r>
          </w:p>
        </w:tc>
        <w:tc>
          <w:tcPr>
            <w:tcW w:w="1020" w:type="dxa"/>
            <w:vAlign w:val="center"/>
          </w:tcPr>
          <w:p w14:paraId="4FF7A500" w14:textId="77777777" w:rsidR="00CF697E" w:rsidRDefault="00000000">
            <w:pPr>
              <w:spacing w:after="0"/>
              <w:jc w:val="center"/>
            </w:pPr>
            <w:r>
              <w:rPr>
                <w:sz w:val="22"/>
              </w:rPr>
              <w:t>☐</w:t>
            </w:r>
          </w:p>
        </w:tc>
        <w:tc>
          <w:tcPr>
            <w:tcW w:w="1020" w:type="dxa"/>
            <w:vAlign w:val="center"/>
          </w:tcPr>
          <w:p w14:paraId="6A81D5C7" w14:textId="77777777" w:rsidR="00CF697E" w:rsidRDefault="00000000">
            <w:pPr>
              <w:spacing w:after="0"/>
              <w:jc w:val="center"/>
            </w:pPr>
            <w:r>
              <w:rPr>
                <w:sz w:val="22"/>
              </w:rPr>
              <w:t>☐</w:t>
            </w:r>
          </w:p>
        </w:tc>
        <w:tc>
          <w:tcPr>
            <w:tcW w:w="1020" w:type="dxa"/>
            <w:vAlign w:val="center"/>
          </w:tcPr>
          <w:p w14:paraId="11F318E6" w14:textId="77777777" w:rsidR="00CF697E" w:rsidRDefault="00000000">
            <w:pPr>
              <w:spacing w:after="0"/>
              <w:jc w:val="center"/>
            </w:pPr>
            <w:r>
              <w:rPr>
                <w:sz w:val="22"/>
              </w:rPr>
              <w:t>☐</w:t>
            </w:r>
          </w:p>
        </w:tc>
        <w:tc>
          <w:tcPr>
            <w:tcW w:w="1020" w:type="dxa"/>
            <w:vAlign w:val="center"/>
          </w:tcPr>
          <w:p w14:paraId="360EEEB8" w14:textId="77777777" w:rsidR="00CF697E" w:rsidRDefault="00000000">
            <w:pPr>
              <w:spacing w:after="0"/>
              <w:jc w:val="center"/>
            </w:pPr>
            <w:r>
              <w:rPr>
                <w:sz w:val="22"/>
              </w:rPr>
              <w:t>☐</w:t>
            </w:r>
          </w:p>
        </w:tc>
      </w:tr>
      <w:tr w:rsidR="00CF697E" w14:paraId="5B0DA81E" w14:textId="77777777">
        <w:trPr>
          <w:jc w:val="center"/>
        </w:trPr>
        <w:tc>
          <w:tcPr>
            <w:tcW w:w="4989" w:type="dxa"/>
            <w:vAlign w:val="center"/>
          </w:tcPr>
          <w:p w14:paraId="03023D1A" w14:textId="77777777" w:rsidR="00CF697E" w:rsidRDefault="00000000">
            <w:pPr>
              <w:spacing w:after="0"/>
            </w:pPr>
            <w:r>
              <w:rPr>
                <w:sz w:val="19"/>
              </w:rPr>
              <w:t>19. spațiile comune și curtea</w:t>
            </w:r>
          </w:p>
        </w:tc>
        <w:tc>
          <w:tcPr>
            <w:tcW w:w="1020" w:type="dxa"/>
            <w:vAlign w:val="center"/>
          </w:tcPr>
          <w:p w14:paraId="07EECA77" w14:textId="77777777" w:rsidR="00CF697E" w:rsidRDefault="00000000">
            <w:pPr>
              <w:spacing w:after="0"/>
              <w:jc w:val="center"/>
            </w:pPr>
            <w:r>
              <w:rPr>
                <w:sz w:val="22"/>
              </w:rPr>
              <w:t>☐</w:t>
            </w:r>
          </w:p>
        </w:tc>
        <w:tc>
          <w:tcPr>
            <w:tcW w:w="1020" w:type="dxa"/>
            <w:vAlign w:val="center"/>
          </w:tcPr>
          <w:p w14:paraId="6ED9FDAA" w14:textId="77777777" w:rsidR="00CF697E" w:rsidRDefault="00000000">
            <w:pPr>
              <w:spacing w:after="0"/>
              <w:jc w:val="center"/>
            </w:pPr>
            <w:r>
              <w:rPr>
                <w:sz w:val="22"/>
              </w:rPr>
              <w:t>☐</w:t>
            </w:r>
          </w:p>
        </w:tc>
        <w:tc>
          <w:tcPr>
            <w:tcW w:w="1020" w:type="dxa"/>
            <w:vAlign w:val="center"/>
          </w:tcPr>
          <w:p w14:paraId="3BE549B3" w14:textId="77777777" w:rsidR="00CF697E" w:rsidRDefault="00000000">
            <w:pPr>
              <w:spacing w:after="0"/>
              <w:jc w:val="center"/>
            </w:pPr>
            <w:r>
              <w:rPr>
                <w:sz w:val="22"/>
              </w:rPr>
              <w:t>☐</w:t>
            </w:r>
          </w:p>
        </w:tc>
        <w:tc>
          <w:tcPr>
            <w:tcW w:w="1020" w:type="dxa"/>
            <w:vAlign w:val="center"/>
          </w:tcPr>
          <w:p w14:paraId="664938C2" w14:textId="77777777" w:rsidR="00CF697E" w:rsidRDefault="00000000">
            <w:pPr>
              <w:spacing w:after="0"/>
              <w:jc w:val="center"/>
            </w:pPr>
            <w:r>
              <w:rPr>
                <w:sz w:val="22"/>
              </w:rPr>
              <w:t>☐</w:t>
            </w:r>
          </w:p>
        </w:tc>
        <w:tc>
          <w:tcPr>
            <w:tcW w:w="1020" w:type="dxa"/>
            <w:vAlign w:val="center"/>
          </w:tcPr>
          <w:p w14:paraId="2213576D" w14:textId="77777777" w:rsidR="00CF697E" w:rsidRDefault="00000000">
            <w:pPr>
              <w:spacing w:after="0"/>
              <w:jc w:val="center"/>
            </w:pPr>
            <w:r>
              <w:rPr>
                <w:sz w:val="22"/>
              </w:rPr>
              <w:t>☐</w:t>
            </w:r>
          </w:p>
        </w:tc>
      </w:tr>
    </w:tbl>
    <w:p w14:paraId="35F77797" w14:textId="77777777" w:rsidR="00CF697E" w:rsidRDefault="00CF697E">
      <w:pPr>
        <w:spacing w:after="80"/>
      </w:pPr>
    </w:p>
    <w:p w14:paraId="71B3BCE3" w14:textId="77777777" w:rsidR="00CF697E" w:rsidRDefault="00000000">
      <w:pPr>
        <w:spacing w:after="60"/>
      </w:pPr>
      <w:r>
        <w:rPr>
          <w:b/>
          <w:sz w:val="22"/>
        </w:rPr>
        <w:t>D. Hrana</w:t>
      </w:r>
    </w:p>
    <w:tbl>
      <w:tblPr>
        <w:tblStyle w:val="TableGrid"/>
        <w:tblW w:w="0" w:type="auto"/>
        <w:jc w:val="center"/>
        <w:tblLayout w:type="fixed"/>
        <w:tblLook w:val="04A0" w:firstRow="1" w:lastRow="0" w:firstColumn="1" w:lastColumn="0" w:noHBand="0" w:noVBand="1"/>
      </w:tblPr>
      <w:tblGrid>
        <w:gridCol w:w="4989"/>
        <w:gridCol w:w="1020"/>
        <w:gridCol w:w="1020"/>
        <w:gridCol w:w="1020"/>
        <w:gridCol w:w="1020"/>
        <w:gridCol w:w="1020"/>
      </w:tblGrid>
      <w:tr w:rsidR="00CF697E" w14:paraId="346D6184" w14:textId="77777777">
        <w:trPr>
          <w:jc w:val="center"/>
        </w:trPr>
        <w:tc>
          <w:tcPr>
            <w:tcW w:w="4989" w:type="dxa"/>
            <w:shd w:val="clear" w:color="auto" w:fill="D9E8E4"/>
            <w:vAlign w:val="center"/>
          </w:tcPr>
          <w:p w14:paraId="176232EC" w14:textId="77777777" w:rsidR="00CF697E" w:rsidRDefault="00000000">
            <w:pPr>
              <w:spacing w:after="0"/>
            </w:pPr>
            <w:r>
              <w:rPr>
                <w:b/>
                <w:sz w:val="19"/>
              </w:rPr>
              <w:t>Cât de mulțumit sunteți de…</w:t>
            </w:r>
          </w:p>
        </w:tc>
        <w:tc>
          <w:tcPr>
            <w:tcW w:w="1020" w:type="dxa"/>
            <w:shd w:val="clear" w:color="auto" w:fill="D9E8E4"/>
            <w:vAlign w:val="center"/>
          </w:tcPr>
          <w:p w14:paraId="2D485549" w14:textId="77777777" w:rsidR="00CF697E" w:rsidRDefault="00000000">
            <w:pPr>
              <w:spacing w:after="0"/>
              <w:jc w:val="center"/>
            </w:pPr>
            <w:r>
              <w:rPr>
                <w:b/>
                <w:sz w:val="15"/>
              </w:rPr>
              <w:t>Foarte</w:t>
            </w:r>
            <w:r>
              <w:rPr>
                <w:b/>
                <w:sz w:val="15"/>
              </w:rPr>
              <w:br/>
              <w:t>mulțumit</w:t>
            </w:r>
          </w:p>
        </w:tc>
        <w:tc>
          <w:tcPr>
            <w:tcW w:w="1020" w:type="dxa"/>
            <w:shd w:val="clear" w:color="auto" w:fill="D9E8E4"/>
            <w:vAlign w:val="center"/>
          </w:tcPr>
          <w:p w14:paraId="4AFCAB49" w14:textId="77777777" w:rsidR="00CF697E" w:rsidRDefault="00000000">
            <w:pPr>
              <w:spacing w:after="0"/>
              <w:jc w:val="center"/>
            </w:pPr>
            <w:r>
              <w:rPr>
                <w:b/>
                <w:sz w:val="15"/>
              </w:rPr>
              <w:t>Mulțumit</w:t>
            </w:r>
          </w:p>
        </w:tc>
        <w:tc>
          <w:tcPr>
            <w:tcW w:w="1020" w:type="dxa"/>
            <w:shd w:val="clear" w:color="auto" w:fill="D9E8E4"/>
            <w:vAlign w:val="center"/>
          </w:tcPr>
          <w:p w14:paraId="5A43DA39" w14:textId="77777777" w:rsidR="00CF697E" w:rsidRDefault="00000000">
            <w:pPr>
              <w:spacing w:after="0"/>
              <w:jc w:val="center"/>
            </w:pPr>
            <w:r>
              <w:rPr>
                <w:b/>
                <w:sz w:val="15"/>
              </w:rPr>
              <w:t>Nemul-</w:t>
            </w:r>
            <w:r>
              <w:rPr>
                <w:b/>
                <w:sz w:val="15"/>
              </w:rPr>
              <w:br/>
              <w:t>țumit</w:t>
            </w:r>
          </w:p>
        </w:tc>
        <w:tc>
          <w:tcPr>
            <w:tcW w:w="1020" w:type="dxa"/>
            <w:shd w:val="clear" w:color="auto" w:fill="D9E8E4"/>
            <w:vAlign w:val="center"/>
          </w:tcPr>
          <w:p w14:paraId="78179A37" w14:textId="77777777" w:rsidR="00CF697E" w:rsidRDefault="00000000">
            <w:pPr>
              <w:spacing w:after="0"/>
              <w:jc w:val="center"/>
            </w:pPr>
            <w:r>
              <w:rPr>
                <w:b/>
                <w:sz w:val="15"/>
              </w:rPr>
              <w:t>Foarte</w:t>
            </w:r>
            <w:r>
              <w:rPr>
                <w:b/>
                <w:sz w:val="15"/>
              </w:rPr>
              <w:br/>
              <w:t>nemulțumit</w:t>
            </w:r>
          </w:p>
        </w:tc>
        <w:tc>
          <w:tcPr>
            <w:tcW w:w="1020" w:type="dxa"/>
            <w:shd w:val="clear" w:color="auto" w:fill="D9E8E4"/>
            <w:vAlign w:val="center"/>
          </w:tcPr>
          <w:p w14:paraId="3C842432" w14:textId="77777777" w:rsidR="00CF697E" w:rsidRDefault="00000000">
            <w:pPr>
              <w:spacing w:after="0"/>
              <w:jc w:val="center"/>
            </w:pPr>
            <w:r>
              <w:rPr>
                <w:b/>
                <w:sz w:val="15"/>
              </w:rPr>
              <w:t>Nu e</w:t>
            </w:r>
            <w:r>
              <w:rPr>
                <w:b/>
                <w:sz w:val="15"/>
              </w:rPr>
              <w:br/>
              <w:t>cazul</w:t>
            </w:r>
          </w:p>
        </w:tc>
      </w:tr>
      <w:tr w:rsidR="00CF697E" w14:paraId="08318700" w14:textId="77777777">
        <w:trPr>
          <w:jc w:val="center"/>
        </w:trPr>
        <w:tc>
          <w:tcPr>
            <w:tcW w:w="4989" w:type="dxa"/>
            <w:vAlign w:val="center"/>
          </w:tcPr>
          <w:p w14:paraId="6342C624" w14:textId="77777777" w:rsidR="00CF697E" w:rsidRDefault="00000000">
            <w:pPr>
              <w:spacing w:after="0"/>
            </w:pPr>
            <w:r>
              <w:rPr>
                <w:sz w:val="19"/>
              </w:rPr>
              <w:t>20. gustul și calitatea mâncării</w:t>
            </w:r>
          </w:p>
        </w:tc>
        <w:tc>
          <w:tcPr>
            <w:tcW w:w="1020" w:type="dxa"/>
            <w:vAlign w:val="center"/>
          </w:tcPr>
          <w:p w14:paraId="13B82DF8" w14:textId="77777777" w:rsidR="00CF697E" w:rsidRDefault="00000000">
            <w:pPr>
              <w:spacing w:after="0"/>
              <w:jc w:val="center"/>
            </w:pPr>
            <w:r>
              <w:rPr>
                <w:sz w:val="22"/>
              </w:rPr>
              <w:t>☐</w:t>
            </w:r>
          </w:p>
        </w:tc>
        <w:tc>
          <w:tcPr>
            <w:tcW w:w="1020" w:type="dxa"/>
            <w:vAlign w:val="center"/>
          </w:tcPr>
          <w:p w14:paraId="1BC8433C" w14:textId="77777777" w:rsidR="00CF697E" w:rsidRDefault="00000000">
            <w:pPr>
              <w:spacing w:after="0"/>
              <w:jc w:val="center"/>
            </w:pPr>
            <w:r>
              <w:rPr>
                <w:sz w:val="22"/>
              </w:rPr>
              <w:t>☐</w:t>
            </w:r>
          </w:p>
        </w:tc>
        <w:tc>
          <w:tcPr>
            <w:tcW w:w="1020" w:type="dxa"/>
            <w:vAlign w:val="center"/>
          </w:tcPr>
          <w:p w14:paraId="6CC81ADA" w14:textId="77777777" w:rsidR="00CF697E" w:rsidRDefault="00000000">
            <w:pPr>
              <w:spacing w:after="0"/>
              <w:jc w:val="center"/>
            </w:pPr>
            <w:r>
              <w:rPr>
                <w:sz w:val="22"/>
              </w:rPr>
              <w:t>☐</w:t>
            </w:r>
          </w:p>
        </w:tc>
        <w:tc>
          <w:tcPr>
            <w:tcW w:w="1020" w:type="dxa"/>
            <w:vAlign w:val="center"/>
          </w:tcPr>
          <w:p w14:paraId="53BB1707" w14:textId="77777777" w:rsidR="00CF697E" w:rsidRDefault="00000000">
            <w:pPr>
              <w:spacing w:after="0"/>
              <w:jc w:val="center"/>
            </w:pPr>
            <w:r>
              <w:rPr>
                <w:sz w:val="22"/>
              </w:rPr>
              <w:t>☐</w:t>
            </w:r>
          </w:p>
        </w:tc>
        <w:tc>
          <w:tcPr>
            <w:tcW w:w="1020" w:type="dxa"/>
            <w:vAlign w:val="center"/>
          </w:tcPr>
          <w:p w14:paraId="4B6F4EDE" w14:textId="77777777" w:rsidR="00CF697E" w:rsidRDefault="00000000">
            <w:pPr>
              <w:spacing w:after="0"/>
              <w:jc w:val="center"/>
            </w:pPr>
            <w:r>
              <w:rPr>
                <w:sz w:val="22"/>
              </w:rPr>
              <w:t>☐</w:t>
            </w:r>
          </w:p>
        </w:tc>
      </w:tr>
      <w:tr w:rsidR="00CF697E" w14:paraId="789126AA" w14:textId="77777777">
        <w:trPr>
          <w:jc w:val="center"/>
        </w:trPr>
        <w:tc>
          <w:tcPr>
            <w:tcW w:w="4989" w:type="dxa"/>
            <w:vAlign w:val="center"/>
          </w:tcPr>
          <w:p w14:paraId="6F14B123" w14:textId="77777777" w:rsidR="00CF697E" w:rsidRDefault="00000000">
            <w:pPr>
              <w:spacing w:after="0"/>
            </w:pPr>
            <w:r>
              <w:rPr>
                <w:sz w:val="19"/>
              </w:rPr>
              <w:t>21. temperatura mâncării la servire</w:t>
            </w:r>
          </w:p>
        </w:tc>
        <w:tc>
          <w:tcPr>
            <w:tcW w:w="1020" w:type="dxa"/>
            <w:vAlign w:val="center"/>
          </w:tcPr>
          <w:p w14:paraId="07DC7704" w14:textId="77777777" w:rsidR="00CF697E" w:rsidRDefault="00000000">
            <w:pPr>
              <w:spacing w:after="0"/>
              <w:jc w:val="center"/>
            </w:pPr>
            <w:r>
              <w:rPr>
                <w:sz w:val="22"/>
              </w:rPr>
              <w:t>☐</w:t>
            </w:r>
          </w:p>
        </w:tc>
        <w:tc>
          <w:tcPr>
            <w:tcW w:w="1020" w:type="dxa"/>
            <w:vAlign w:val="center"/>
          </w:tcPr>
          <w:p w14:paraId="2FCE8C20" w14:textId="77777777" w:rsidR="00CF697E" w:rsidRDefault="00000000">
            <w:pPr>
              <w:spacing w:after="0"/>
              <w:jc w:val="center"/>
            </w:pPr>
            <w:r>
              <w:rPr>
                <w:sz w:val="22"/>
              </w:rPr>
              <w:t>☐</w:t>
            </w:r>
          </w:p>
        </w:tc>
        <w:tc>
          <w:tcPr>
            <w:tcW w:w="1020" w:type="dxa"/>
            <w:vAlign w:val="center"/>
          </w:tcPr>
          <w:p w14:paraId="21E27FE5" w14:textId="77777777" w:rsidR="00CF697E" w:rsidRDefault="00000000">
            <w:pPr>
              <w:spacing w:after="0"/>
              <w:jc w:val="center"/>
            </w:pPr>
            <w:r>
              <w:rPr>
                <w:sz w:val="22"/>
              </w:rPr>
              <w:t>☐</w:t>
            </w:r>
          </w:p>
        </w:tc>
        <w:tc>
          <w:tcPr>
            <w:tcW w:w="1020" w:type="dxa"/>
            <w:vAlign w:val="center"/>
          </w:tcPr>
          <w:p w14:paraId="0951269F" w14:textId="77777777" w:rsidR="00CF697E" w:rsidRDefault="00000000">
            <w:pPr>
              <w:spacing w:after="0"/>
              <w:jc w:val="center"/>
            </w:pPr>
            <w:r>
              <w:rPr>
                <w:sz w:val="22"/>
              </w:rPr>
              <w:t>☐</w:t>
            </w:r>
          </w:p>
        </w:tc>
        <w:tc>
          <w:tcPr>
            <w:tcW w:w="1020" w:type="dxa"/>
            <w:vAlign w:val="center"/>
          </w:tcPr>
          <w:p w14:paraId="09435E9B" w14:textId="77777777" w:rsidR="00CF697E" w:rsidRDefault="00000000">
            <w:pPr>
              <w:spacing w:after="0"/>
              <w:jc w:val="center"/>
            </w:pPr>
            <w:r>
              <w:rPr>
                <w:sz w:val="22"/>
              </w:rPr>
              <w:t>☐</w:t>
            </w:r>
          </w:p>
        </w:tc>
      </w:tr>
      <w:tr w:rsidR="00CF697E" w14:paraId="16BF85FC" w14:textId="77777777">
        <w:trPr>
          <w:jc w:val="center"/>
        </w:trPr>
        <w:tc>
          <w:tcPr>
            <w:tcW w:w="4989" w:type="dxa"/>
            <w:vAlign w:val="center"/>
          </w:tcPr>
          <w:p w14:paraId="73853719" w14:textId="77777777" w:rsidR="00CF697E" w:rsidRDefault="00000000">
            <w:pPr>
              <w:spacing w:after="0"/>
            </w:pPr>
            <w:r>
              <w:rPr>
                <w:sz w:val="19"/>
              </w:rPr>
              <w:t>22. diversitatea meniului</w:t>
            </w:r>
          </w:p>
        </w:tc>
        <w:tc>
          <w:tcPr>
            <w:tcW w:w="1020" w:type="dxa"/>
            <w:vAlign w:val="center"/>
          </w:tcPr>
          <w:p w14:paraId="589FB749" w14:textId="77777777" w:rsidR="00CF697E" w:rsidRDefault="00000000">
            <w:pPr>
              <w:spacing w:after="0"/>
              <w:jc w:val="center"/>
            </w:pPr>
            <w:r>
              <w:rPr>
                <w:sz w:val="22"/>
              </w:rPr>
              <w:t>☐</w:t>
            </w:r>
          </w:p>
        </w:tc>
        <w:tc>
          <w:tcPr>
            <w:tcW w:w="1020" w:type="dxa"/>
            <w:vAlign w:val="center"/>
          </w:tcPr>
          <w:p w14:paraId="02475972" w14:textId="77777777" w:rsidR="00CF697E" w:rsidRDefault="00000000">
            <w:pPr>
              <w:spacing w:after="0"/>
              <w:jc w:val="center"/>
            </w:pPr>
            <w:r>
              <w:rPr>
                <w:sz w:val="22"/>
              </w:rPr>
              <w:t>☐</w:t>
            </w:r>
          </w:p>
        </w:tc>
        <w:tc>
          <w:tcPr>
            <w:tcW w:w="1020" w:type="dxa"/>
            <w:vAlign w:val="center"/>
          </w:tcPr>
          <w:p w14:paraId="063F0970" w14:textId="77777777" w:rsidR="00CF697E" w:rsidRDefault="00000000">
            <w:pPr>
              <w:spacing w:after="0"/>
              <w:jc w:val="center"/>
            </w:pPr>
            <w:r>
              <w:rPr>
                <w:sz w:val="22"/>
              </w:rPr>
              <w:t>☐</w:t>
            </w:r>
          </w:p>
        </w:tc>
        <w:tc>
          <w:tcPr>
            <w:tcW w:w="1020" w:type="dxa"/>
            <w:vAlign w:val="center"/>
          </w:tcPr>
          <w:p w14:paraId="3B59C8CF" w14:textId="77777777" w:rsidR="00CF697E" w:rsidRDefault="00000000">
            <w:pPr>
              <w:spacing w:after="0"/>
              <w:jc w:val="center"/>
            </w:pPr>
            <w:r>
              <w:rPr>
                <w:sz w:val="22"/>
              </w:rPr>
              <w:t>☐</w:t>
            </w:r>
          </w:p>
        </w:tc>
        <w:tc>
          <w:tcPr>
            <w:tcW w:w="1020" w:type="dxa"/>
            <w:vAlign w:val="center"/>
          </w:tcPr>
          <w:p w14:paraId="7E7983BB" w14:textId="77777777" w:rsidR="00CF697E" w:rsidRDefault="00000000">
            <w:pPr>
              <w:spacing w:after="0"/>
              <w:jc w:val="center"/>
            </w:pPr>
            <w:r>
              <w:rPr>
                <w:sz w:val="22"/>
              </w:rPr>
              <w:t>☐</w:t>
            </w:r>
          </w:p>
        </w:tc>
      </w:tr>
      <w:tr w:rsidR="00CF697E" w14:paraId="652FF59F" w14:textId="77777777">
        <w:trPr>
          <w:jc w:val="center"/>
        </w:trPr>
        <w:tc>
          <w:tcPr>
            <w:tcW w:w="4989" w:type="dxa"/>
            <w:vAlign w:val="center"/>
          </w:tcPr>
          <w:p w14:paraId="4C83E17F" w14:textId="77777777" w:rsidR="00CF697E" w:rsidRDefault="00000000">
            <w:pPr>
              <w:spacing w:after="0"/>
            </w:pPr>
            <w:r>
              <w:rPr>
                <w:sz w:val="19"/>
              </w:rPr>
              <w:t>23. respectarea dietei recomandate de medic</w:t>
            </w:r>
          </w:p>
        </w:tc>
        <w:tc>
          <w:tcPr>
            <w:tcW w:w="1020" w:type="dxa"/>
            <w:vAlign w:val="center"/>
          </w:tcPr>
          <w:p w14:paraId="7A6EB3E1" w14:textId="77777777" w:rsidR="00CF697E" w:rsidRDefault="00000000">
            <w:pPr>
              <w:spacing w:after="0"/>
              <w:jc w:val="center"/>
            </w:pPr>
            <w:r>
              <w:rPr>
                <w:sz w:val="22"/>
              </w:rPr>
              <w:t>☐</w:t>
            </w:r>
          </w:p>
        </w:tc>
        <w:tc>
          <w:tcPr>
            <w:tcW w:w="1020" w:type="dxa"/>
            <w:vAlign w:val="center"/>
          </w:tcPr>
          <w:p w14:paraId="03F7AA6A" w14:textId="77777777" w:rsidR="00CF697E" w:rsidRDefault="00000000">
            <w:pPr>
              <w:spacing w:after="0"/>
              <w:jc w:val="center"/>
            </w:pPr>
            <w:r>
              <w:rPr>
                <w:sz w:val="22"/>
              </w:rPr>
              <w:t>☐</w:t>
            </w:r>
          </w:p>
        </w:tc>
        <w:tc>
          <w:tcPr>
            <w:tcW w:w="1020" w:type="dxa"/>
            <w:vAlign w:val="center"/>
          </w:tcPr>
          <w:p w14:paraId="4F5158BB" w14:textId="77777777" w:rsidR="00CF697E" w:rsidRDefault="00000000">
            <w:pPr>
              <w:spacing w:after="0"/>
              <w:jc w:val="center"/>
            </w:pPr>
            <w:r>
              <w:rPr>
                <w:sz w:val="22"/>
              </w:rPr>
              <w:t>☐</w:t>
            </w:r>
          </w:p>
        </w:tc>
        <w:tc>
          <w:tcPr>
            <w:tcW w:w="1020" w:type="dxa"/>
            <w:vAlign w:val="center"/>
          </w:tcPr>
          <w:p w14:paraId="7EC5EEEC" w14:textId="77777777" w:rsidR="00CF697E" w:rsidRDefault="00000000">
            <w:pPr>
              <w:spacing w:after="0"/>
              <w:jc w:val="center"/>
            </w:pPr>
            <w:r>
              <w:rPr>
                <w:sz w:val="22"/>
              </w:rPr>
              <w:t>☐</w:t>
            </w:r>
          </w:p>
        </w:tc>
        <w:tc>
          <w:tcPr>
            <w:tcW w:w="1020" w:type="dxa"/>
            <w:vAlign w:val="center"/>
          </w:tcPr>
          <w:p w14:paraId="0A6BD0A5" w14:textId="77777777" w:rsidR="00CF697E" w:rsidRDefault="00000000">
            <w:pPr>
              <w:spacing w:after="0"/>
              <w:jc w:val="center"/>
            </w:pPr>
            <w:r>
              <w:rPr>
                <w:sz w:val="22"/>
              </w:rPr>
              <w:t>☐</w:t>
            </w:r>
          </w:p>
        </w:tc>
      </w:tr>
      <w:tr w:rsidR="00CF697E" w14:paraId="56D6938C" w14:textId="77777777">
        <w:trPr>
          <w:jc w:val="center"/>
        </w:trPr>
        <w:tc>
          <w:tcPr>
            <w:tcW w:w="4989" w:type="dxa"/>
            <w:vAlign w:val="center"/>
          </w:tcPr>
          <w:p w14:paraId="7BEED0FD" w14:textId="77777777" w:rsidR="00CF697E" w:rsidRDefault="00000000">
            <w:pPr>
              <w:spacing w:after="0"/>
            </w:pPr>
            <w:r>
              <w:rPr>
                <w:sz w:val="19"/>
              </w:rPr>
              <w:t>24. modul de servire și ajutorul la masă</w:t>
            </w:r>
          </w:p>
        </w:tc>
        <w:tc>
          <w:tcPr>
            <w:tcW w:w="1020" w:type="dxa"/>
            <w:vAlign w:val="center"/>
          </w:tcPr>
          <w:p w14:paraId="13D48042" w14:textId="77777777" w:rsidR="00CF697E" w:rsidRDefault="00000000">
            <w:pPr>
              <w:spacing w:after="0"/>
              <w:jc w:val="center"/>
            </w:pPr>
            <w:r>
              <w:rPr>
                <w:sz w:val="22"/>
              </w:rPr>
              <w:t>☐</w:t>
            </w:r>
          </w:p>
        </w:tc>
        <w:tc>
          <w:tcPr>
            <w:tcW w:w="1020" w:type="dxa"/>
            <w:vAlign w:val="center"/>
          </w:tcPr>
          <w:p w14:paraId="5A4931AD" w14:textId="77777777" w:rsidR="00CF697E" w:rsidRDefault="00000000">
            <w:pPr>
              <w:spacing w:after="0"/>
              <w:jc w:val="center"/>
            </w:pPr>
            <w:r>
              <w:rPr>
                <w:sz w:val="22"/>
              </w:rPr>
              <w:t>☐</w:t>
            </w:r>
          </w:p>
        </w:tc>
        <w:tc>
          <w:tcPr>
            <w:tcW w:w="1020" w:type="dxa"/>
            <w:vAlign w:val="center"/>
          </w:tcPr>
          <w:p w14:paraId="4503A18C" w14:textId="77777777" w:rsidR="00CF697E" w:rsidRDefault="00000000">
            <w:pPr>
              <w:spacing w:after="0"/>
              <w:jc w:val="center"/>
            </w:pPr>
            <w:r>
              <w:rPr>
                <w:sz w:val="22"/>
              </w:rPr>
              <w:t>☐</w:t>
            </w:r>
          </w:p>
        </w:tc>
        <w:tc>
          <w:tcPr>
            <w:tcW w:w="1020" w:type="dxa"/>
            <w:vAlign w:val="center"/>
          </w:tcPr>
          <w:p w14:paraId="375960AF" w14:textId="77777777" w:rsidR="00CF697E" w:rsidRDefault="00000000">
            <w:pPr>
              <w:spacing w:after="0"/>
              <w:jc w:val="center"/>
            </w:pPr>
            <w:r>
              <w:rPr>
                <w:sz w:val="22"/>
              </w:rPr>
              <w:t>☐</w:t>
            </w:r>
          </w:p>
        </w:tc>
        <w:tc>
          <w:tcPr>
            <w:tcW w:w="1020" w:type="dxa"/>
            <w:vAlign w:val="center"/>
          </w:tcPr>
          <w:p w14:paraId="7ADEF7D5" w14:textId="77777777" w:rsidR="00CF697E" w:rsidRDefault="00000000">
            <w:pPr>
              <w:spacing w:after="0"/>
              <w:jc w:val="center"/>
            </w:pPr>
            <w:r>
              <w:rPr>
                <w:sz w:val="22"/>
              </w:rPr>
              <w:t>☐</w:t>
            </w:r>
          </w:p>
        </w:tc>
      </w:tr>
    </w:tbl>
    <w:p w14:paraId="00E754BB" w14:textId="77777777" w:rsidR="00CF697E" w:rsidRDefault="00CF697E">
      <w:pPr>
        <w:spacing w:after="80"/>
      </w:pPr>
    </w:p>
    <w:p w14:paraId="45AA2881" w14:textId="77777777" w:rsidR="00CF697E" w:rsidRDefault="00000000">
      <w:pPr>
        <w:spacing w:after="60"/>
      </w:pPr>
      <w:r>
        <w:rPr>
          <w:b/>
          <w:sz w:val="22"/>
        </w:rPr>
        <w:t>E. Comunicarea și informarea</w:t>
      </w:r>
    </w:p>
    <w:tbl>
      <w:tblPr>
        <w:tblStyle w:val="TableGrid"/>
        <w:tblW w:w="0" w:type="auto"/>
        <w:jc w:val="center"/>
        <w:tblLayout w:type="fixed"/>
        <w:tblLook w:val="04A0" w:firstRow="1" w:lastRow="0" w:firstColumn="1" w:lastColumn="0" w:noHBand="0" w:noVBand="1"/>
      </w:tblPr>
      <w:tblGrid>
        <w:gridCol w:w="4989"/>
        <w:gridCol w:w="1020"/>
        <w:gridCol w:w="1020"/>
        <w:gridCol w:w="1020"/>
        <w:gridCol w:w="1020"/>
        <w:gridCol w:w="1020"/>
      </w:tblGrid>
      <w:tr w:rsidR="00CF697E" w14:paraId="16632529" w14:textId="77777777">
        <w:trPr>
          <w:jc w:val="center"/>
        </w:trPr>
        <w:tc>
          <w:tcPr>
            <w:tcW w:w="4989" w:type="dxa"/>
            <w:shd w:val="clear" w:color="auto" w:fill="D9E8E4"/>
            <w:vAlign w:val="center"/>
          </w:tcPr>
          <w:p w14:paraId="2BE0BAE7" w14:textId="77777777" w:rsidR="00CF697E" w:rsidRDefault="00000000">
            <w:pPr>
              <w:spacing w:after="0"/>
            </w:pPr>
            <w:r>
              <w:rPr>
                <w:b/>
                <w:sz w:val="19"/>
              </w:rPr>
              <w:t>Cât de mulțumit sunteți de…</w:t>
            </w:r>
          </w:p>
        </w:tc>
        <w:tc>
          <w:tcPr>
            <w:tcW w:w="1020" w:type="dxa"/>
            <w:shd w:val="clear" w:color="auto" w:fill="D9E8E4"/>
            <w:vAlign w:val="center"/>
          </w:tcPr>
          <w:p w14:paraId="676EED48" w14:textId="77777777" w:rsidR="00CF697E" w:rsidRDefault="00000000">
            <w:pPr>
              <w:spacing w:after="0"/>
              <w:jc w:val="center"/>
            </w:pPr>
            <w:r>
              <w:rPr>
                <w:b/>
                <w:sz w:val="15"/>
              </w:rPr>
              <w:t>Foarte</w:t>
            </w:r>
            <w:r>
              <w:rPr>
                <w:b/>
                <w:sz w:val="15"/>
              </w:rPr>
              <w:br/>
              <w:t>mulțumit</w:t>
            </w:r>
          </w:p>
        </w:tc>
        <w:tc>
          <w:tcPr>
            <w:tcW w:w="1020" w:type="dxa"/>
            <w:shd w:val="clear" w:color="auto" w:fill="D9E8E4"/>
            <w:vAlign w:val="center"/>
          </w:tcPr>
          <w:p w14:paraId="2591DA4B" w14:textId="77777777" w:rsidR="00CF697E" w:rsidRDefault="00000000">
            <w:pPr>
              <w:spacing w:after="0"/>
              <w:jc w:val="center"/>
            </w:pPr>
            <w:r>
              <w:rPr>
                <w:b/>
                <w:sz w:val="15"/>
              </w:rPr>
              <w:t>Mulțumit</w:t>
            </w:r>
          </w:p>
        </w:tc>
        <w:tc>
          <w:tcPr>
            <w:tcW w:w="1020" w:type="dxa"/>
            <w:shd w:val="clear" w:color="auto" w:fill="D9E8E4"/>
            <w:vAlign w:val="center"/>
          </w:tcPr>
          <w:p w14:paraId="677041BD" w14:textId="77777777" w:rsidR="00CF697E" w:rsidRDefault="00000000">
            <w:pPr>
              <w:spacing w:after="0"/>
              <w:jc w:val="center"/>
            </w:pPr>
            <w:r>
              <w:rPr>
                <w:b/>
                <w:sz w:val="15"/>
              </w:rPr>
              <w:t>Nemul-</w:t>
            </w:r>
            <w:r>
              <w:rPr>
                <w:b/>
                <w:sz w:val="15"/>
              </w:rPr>
              <w:br/>
              <w:t>țumit</w:t>
            </w:r>
          </w:p>
        </w:tc>
        <w:tc>
          <w:tcPr>
            <w:tcW w:w="1020" w:type="dxa"/>
            <w:shd w:val="clear" w:color="auto" w:fill="D9E8E4"/>
            <w:vAlign w:val="center"/>
          </w:tcPr>
          <w:p w14:paraId="5896EF56" w14:textId="77777777" w:rsidR="00CF697E" w:rsidRDefault="00000000">
            <w:pPr>
              <w:spacing w:after="0"/>
              <w:jc w:val="center"/>
            </w:pPr>
            <w:r>
              <w:rPr>
                <w:b/>
                <w:sz w:val="15"/>
              </w:rPr>
              <w:t>Foarte</w:t>
            </w:r>
            <w:r>
              <w:rPr>
                <w:b/>
                <w:sz w:val="15"/>
              </w:rPr>
              <w:br/>
              <w:t>nemulțumit</w:t>
            </w:r>
          </w:p>
        </w:tc>
        <w:tc>
          <w:tcPr>
            <w:tcW w:w="1020" w:type="dxa"/>
            <w:shd w:val="clear" w:color="auto" w:fill="D9E8E4"/>
            <w:vAlign w:val="center"/>
          </w:tcPr>
          <w:p w14:paraId="3168A3DD" w14:textId="77777777" w:rsidR="00CF697E" w:rsidRDefault="00000000">
            <w:pPr>
              <w:spacing w:after="0"/>
              <w:jc w:val="center"/>
            </w:pPr>
            <w:r>
              <w:rPr>
                <w:b/>
                <w:sz w:val="15"/>
              </w:rPr>
              <w:t>Nu e</w:t>
            </w:r>
            <w:r>
              <w:rPr>
                <w:b/>
                <w:sz w:val="15"/>
              </w:rPr>
              <w:br/>
              <w:t>cazul</w:t>
            </w:r>
          </w:p>
        </w:tc>
      </w:tr>
      <w:tr w:rsidR="00CF697E" w14:paraId="7C791441" w14:textId="77777777">
        <w:trPr>
          <w:jc w:val="center"/>
        </w:trPr>
        <w:tc>
          <w:tcPr>
            <w:tcW w:w="4989" w:type="dxa"/>
            <w:vAlign w:val="center"/>
          </w:tcPr>
          <w:p w14:paraId="7495617F" w14:textId="77777777" w:rsidR="00CF697E" w:rsidRDefault="00000000">
            <w:pPr>
              <w:spacing w:after="0"/>
            </w:pPr>
            <w:r>
              <w:rPr>
                <w:sz w:val="19"/>
              </w:rPr>
              <w:t>25. explicațiile despre boală, tratament și îngrijire</w:t>
            </w:r>
          </w:p>
        </w:tc>
        <w:tc>
          <w:tcPr>
            <w:tcW w:w="1020" w:type="dxa"/>
            <w:vAlign w:val="center"/>
          </w:tcPr>
          <w:p w14:paraId="21CA298B" w14:textId="77777777" w:rsidR="00CF697E" w:rsidRDefault="00000000">
            <w:pPr>
              <w:spacing w:after="0"/>
              <w:jc w:val="center"/>
            </w:pPr>
            <w:r>
              <w:rPr>
                <w:sz w:val="22"/>
              </w:rPr>
              <w:t>☐</w:t>
            </w:r>
          </w:p>
        </w:tc>
        <w:tc>
          <w:tcPr>
            <w:tcW w:w="1020" w:type="dxa"/>
            <w:vAlign w:val="center"/>
          </w:tcPr>
          <w:p w14:paraId="63A87C41" w14:textId="77777777" w:rsidR="00CF697E" w:rsidRDefault="00000000">
            <w:pPr>
              <w:spacing w:after="0"/>
              <w:jc w:val="center"/>
            </w:pPr>
            <w:r>
              <w:rPr>
                <w:sz w:val="22"/>
              </w:rPr>
              <w:t>☐</w:t>
            </w:r>
          </w:p>
        </w:tc>
        <w:tc>
          <w:tcPr>
            <w:tcW w:w="1020" w:type="dxa"/>
            <w:vAlign w:val="center"/>
          </w:tcPr>
          <w:p w14:paraId="51B3C3BF" w14:textId="77777777" w:rsidR="00CF697E" w:rsidRDefault="00000000">
            <w:pPr>
              <w:spacing w:after="0"/>
              <w:jc w:val="center"/>
            </w:pPr>
            <w:r>
              <w:rPr>
                <w:sz w:val="22"/>
              </w:rPr>
              <w:t>☐</w:t>
            </w:r>
          </w:p>
        </w:tc>
        <w:tc>
          <w:tcPr>
            <w:tcW w:w="1020" w:type="dxa"/>
            <w:vAlign w:val="center"/>
          </w:tcPr>
          <w:p w14:paraId="78695312" w14:textId="77777777" w:rsidR="00CF697E" w:rsidRDefault="00000000">
            <w:pPr>
              <w:spacing w:after="0"/>
              <w:jc w:val="center"/>
            </w:pPr>
            <w:r>
              <w:rPr>
                <w:sz w:val="22"/>
              </w:rPr>
              <w:t>☐</w:t>
            </w:r>
          </w:p>
        </w:tc>
        <w:tc>
          <w:tcPr>
            <w:tcW w:w="1020" w:type="dxa"/>
            <w:vAlign w:val="center"/>
          </w:tcPr>
          <w:p w14:paraId="7BA4CDD3" w14:textId="77777777" w:rsidR="00CF697E" w:rsidRDefault="00000000">
            <w:pPr>
              <w:spacing w:after="0"/>
              <w:jc w:val="center"/>
            </w:pPr>
            <w:r>
              <w:rPr>
                <w:sz w:val="22"/>
              </w:rPr>
              <w:t>☐</w:t>
            </w:r>
          </w:p>
        </w:tc>
      </w:tr>
      <w:tr w:rsidR="00CF697E" w14:paraId="1F464E20" w14:textId="77777777">
        <w:trPr>
          <w:jc w:val="center"/>
        </w:trPr>
        <w:tc>
          <w:tcPr>
            <w:tcW w:w="4989" w:type="dxa"/>
            <w:vAlign w:val="center"/>
          </w:tcPr>
          <w:p w14:paraId="4C0B0483" w14:textId="77777777" w:rsidR="00CF697E" w:rsidRDefault="00000000">
            <w:pPr>
              <w:spacing w:after="0"/>
            </w:pPr>
            <w:r>
              <w:rPr>
                <w:sz w:val="19"/>
              </w:rPr>
              <w:t>26. cât de ușor de înțeles au fost informațiile (fără termeni greu de înțeles)</w:t>
            </w:r>
          </w:p>
        </w:tc>
        <w:tc>
          <w:tcPr>
            <w:tcW w:w="1020" w:type="dxa"/>
            <w:vAlign w:val="center"/>
          </w:tcPr>
          <w:p w14:paraId="5DB8FC04" w14:textId="77777777" w:rsidR="00CF697E" w:rsidRDefault="00000000">
            <w:pPr>
              <w:spacing w:after="0"/>
              <w:jc w:val="center"/>
            </w:pPr>
            <w:r>
              <w:rPr>
                <w:sz w:val="22"/>
              </w:rPr>
              <w:t>☐</w:t>
            </w:r>
          </w:p>
        </w:tc>
        <w:tc>
          <w:tcPr>
            <w:tcW w:w="1020" w:type="dxa"/>
            <w:vAlign w:val="center"/>
          </w:tcPr>
          <w:p w14:paraId="1CA90AE9" w14:textId="77777777" w:rsidR="00CF697E" w:rsidRDefault="00000000">
            <w:pPr>
              <w:spacing w:after="0"/>
              <w:jc w:val="center"/>
            </w:pPr>
            <w:r>
              <w:rPr>
                <w:sz w:val="22"/>
              </w:rPr>
              <w:t>☐</w:t>
            </w:r>
          </w:p>
        </w:tc>
        <w:tc>
          <w:tcPr>
            <w:tcW w:w="1020" w:type="dxa"/>
            <w:vAlign w:val="center"/>
          </w:tcPr>
          <w:p w14:paraId="1C143DE0" w14:textId="77777777" w:rsidR="00CF697E" w:rsidRDefault="00000000">
            <w:pPr>
              <w:spacing w:after="0"/>
              <w:jc w:val="center"/>
            </w:pPr>
            <w:r>
              <w:rPr>
                <w:sz w:val="22"/>
              </w:rPr>
              <w:t>☐</w:t>
            </w:r>
          </w:p>
        </w:tc>
        <w:tc>
          <w:tcPr>
            <w:tcW w:w="1020" w:type="dxa"/>
            <w:vAlign w:val="center"/>
          </w:tcPr>
          <w:p w14:paraId="4F967AD0" w14:textId="77777777" w:rsidR="00CF697E" w:rsidRDefault="00000000">
            <w:pPr>
              <w:spacing w:after="0"/>
              <w:jc w:val="center"/>
            </w:pPr>
            <w:r>
              <w:rPr>
                <w:sz w:val="22"/>
              </w:rPr>
              <w:t>☐</w:t>
            </w:r>
          </w:p>
        </w:tc>
        <w:tc>
          <w:tcPr>
            <w:tcW w:w="1020" w:type="dxa"/>
            <w:vAlign w:val="center"/>
          </w:tcPr>
          <w:p w14:paraId="5AF25F7E" w14:textId="77777777" w:rsidR="00CF697E" w:rsidRDefault="00000000">
            <w:pPr>
              <w:spacing w:after="0"/>
              <w:jc w:val="center"/>
            </w:pPr>
            <w:r>
              <w:rPr>
                <w:sz w:val="22"/>
              </w:rPr>
              <w:t>☐</w:t>
            </w:r>
          </w:p>
        </w:tc>
      </w:tr>
      <w:tr w:rsidR="00CF697E" w14:paraId="19BF6A27" w14:textId="77777777">
        <w:trPr>
          <w:jc w:val="center"/>
        </w:trPr>
        <w:tc>
          <w:tcPr>
            <w:tcW w:w="4989" w:type="dxa"/>
            <w:vAlign w:val="center"/>
          </w:tcPr>
          <w:p w14:paraId="672FE3EF" w14:textId="77777777" w:rsidR="00CF697E" w:rsidRDefault="00000000">
            <w:pPr>
              <w:spacing w:after="0"/>
            </w:pPr>
            <w:r>
              <w:rPr>
                <w:sz w:val="19"/>
              </w:rPr>
              <w:t>27. informațiile primite de familie (cu acordul pacientului)</w:t>
            </w:r>
          </w:p>
        </w:tc>
        <w:tc>
          <w:tcPr>
            <w:tcW w:w="1020" w:type="dxa"/>
            <w:vAlign w:val="center"/>
          </w:tcPr>
          <w:p w14:paraId="33483E83" w14:textId="77777777" w:rsidR="00CF697E" w:rsidRDefault="00000000">
            <w:pPr>
              <w:spacing w:after="0"/>
              <w:jc w:val="center"/>
            </w:pPr>
            <w:r>
              <w:rPr>
                <w:sz w:val="22"/>
              </w:rPr>
              <w:t>☐</w:t>
            </w:r>
          </w:p>
        </w:tc>
        <w:tc>
          <w:tcPr>
            <w:tcW w:w="1020" w:type="dxa"/>
            <w:vAlign w:val="center"/>
          </w:tcPr>
          <w:p w14:paraId="7592F6A3" w14:textId="77777777" w:rsidR="00CF697E" w:rsidRDefault="00000000">
            <w:pPr>
              <w:spacing w:after="0"/>
              <w:jc w:val="center"/>
            </w:pPr>
            <w:r>
              <w:rPr>
                <w:sz w:val="22"/>
              </w:rPr>
              <w:t>☐</w:t>
            </w:r>
          </w:p>
        </w:tc>
        <w:tc>
          <w:tcPr>
            <w:tcW w:w="1020" w:type="dxa"/>
            <w:vAlign w:val="center"/>
          </w:tcPr>
          <w:p w14:paraId="220CBD42" w14:textId="77777777" w:rsidR="00CF697E" w:rsidRDefault="00000000">
            <w:pPr>
              <w:spacing w:after="0"/>
              <w:jc w:val="center"/>
            </w:pPr>
            <w:r>
              <w:rPr>
                <w:sz w:val="22"/>
              </w:rPr>
              <w:t>☐</w:t>
            </w:r>
          </w:p>
        </w:tc>
        <w:tc>
          <w:tcPr>
            <w:tcW w:w="1020" w:type="dxa"/>
            <w:vAlign w:val="center"/>
          </w:tcPr>
          <w:p w14:paraId="5DC55222" w14:textId="77777777" w:rsidR="00CF697E" w:rsidRDefault="00000000">
            <w:pPr>
              <w:spacing w:after="0"/>
              <w:jc w:val="center"/>
            </w:pPr>
            <w:r>
              <w:rPr>
                <w:sz w:val="22"/>
              </w:rPr>
              <w:t>☐</w:t>
            </w:r>
          </w:p>
        </w:tc>
        <w:tc>
          <w:tcPr>
            <w:tcW w:w="1020" w:type="dxa"/>
            <w:vAlign w:val="center"/>
          </w:tcPr>
          <w:p w14:paraId="75ECD54A" w14:textId="77777777" w:rsidR="00CF697E" w:rsidRDefault="00000000">
            <w:pPr>
              <w:spacing w:after="0"/>
              <w:jc w:val="center"/>
            </w:pPr>
            <w:r>
              <w:rPr>
                <w:sz w:val="22"/>
              </w:rPr>
              <w:t>☐</w:t>
            </w:r>
          </w:p>
        </w:tc>
      </w:tr>
      <w:tr w:rsidR="00CF697E" w14:paraId="6BF4A164" w14:textId="77777777">
        <w:trPr>
          <w:jc w:val="center"/>
        </w:trPr>
        <w:tc>
          <w:tcPr>
            <w:tcW w:w="4989" w:type="dxa"/>
            <w:vAlign w:val="center"/>
          </w:tcPr>
          <w:p w14:paraId="5F580DCB" w14:textId="77777777" w:rsidR="00CF697E" w:rsidRDefault="00000000">
            <w:pPr>
              <w:spacing w:after="0"/>
            </w:pPr>
            <w:r>
              <w:rPr>
                <w:sz w:val="19"/>
              </w:rPr>
              <w:t>28. recomandările primite la externare sau la transfer</w:t>
            </w:r>
          </w:p>
        </w:tc>
        <w:tc>
          <w:tcPr>
            <w:tcW w:w="1020" w:type="dxa"/>
            <w:vAlign w:val="center"/>
          </w:tcPr>
          <w:p w14:paraId="5016045B" w14:textId="77777777" w:rsidR="00CF697E" w:rsidRDefault="00000000">
            <w:pPr>
              <w:spacing w:after="0"/>
              <w:jc w:val="center"/>
            </w:pPr>
            <w:r>
              <w:rPr>
                <w:sz w:val="22"/>
              </w:rPr>
              <w:t>☐</w:t>
            </w:r>
          </w:p>
        </w:tc>
        <w:tc>
          <w:tcPr>
            <w:tcW w:w="1020" w:type="dxa"/>
            <w:vAlign w:val="center"/>
          </w:tcPr>
          <w:p w14:paraId="77B1E834" w14:textId="77777777" w:rsidR="00CF697E" w:rsidRDefault="00000000">
            <w:pPr>
              <w:spacing w:after="0"/>
              <w:jc w:val="center"/>
            </w:pPr>
            <w:r>
              <w:rPr>
                <w:sz w:val="22"/>
              </w:rPr>
              <w:t>☐</w:t>
            </w:r>
          </w:p>
        </w:tc>
        <w:tc>
          <w:tcPr>
            <w:tcW w:w="1020" w:type="dxa"/>
            <w:vAlign w:val="center"/>
          </w:tcPr>
          <w:p w14:paraId="7F26083A" w14:textId="77777777" w:rsidR="00CF697E" w:rsidRDefault="00000000">
            <w:pPr>
              <w:spacing w:after="0"/>
              <w:jc w:val="center"/>
            </w:pPr>
            <w:r>
              <w:rPr>
                <w:sz w:val="22"/>
              </w:rPr>
              <w:t>☐</w:t>
            </w:r>
          </w:p>
        </w:tc>
        <w:tc>
          <w:tcPr>
            <w:tcW w:w="1020" w:type="dxa"/>
            <w:vAlign w:val="center"/>
          </w:tcPr>
          <w:p w14:paraId="7116844A" w14:textId="77777777" w:rsidR="00CF697E" w:rsidRDefault="00000000">
            <w:pPr>
              <w:spacing w:after="0"/>
              <w:jc w:val="center"/>
            </w:pPr>
            <w:r>
              <w:rPr>
                <w:sz w:val="22"/>
              </w:rPr>
              <w:t>☐</w:t>
            </w:r>
          </w:p>
        </w:tc>
        <w:tc>
          <w:tcPr>
            <w:tcW w:w="1020" w:type="dxa"/>
            <w:vAlign w:val="center"/>
          </w:tcPr>
          <w:p w14:paraId="07DE0864" w14:textId="77777777" w:rsidR="00CF697E" w:rsidRDefault="00000000">
            <w:pPr>
              <w:spacing w:after="0"/>
              <w:jc w:val="center"/>
            </w:pPr>
            <w:r>
              <w:rPr>
                <w:sz w:val="22"/>
              </w:rPr>
              <w:t>☐</w:t>
            </w:r>
          </w:p>
        </w:tc>
      </w:tr>
    </w:tbl>
    <w:p w14:paraId="22E07AF5" w14:textId="77777777" w:rsidR="00CF697E" w:rsidRDefault="00CF697E">
      <w:pPr>
        <w:spacing w:after="80"/>
      </w:pPr>
    </w:p>
    <w:p w14:paraId="18D9C5C6" w14:textId="77777777" w:rsidR="00CF697E" w:rsidRDefault="00000000">
      <w:pPr>
        <w:spacing w:after="0"/>
      </w:pPr>
      <w:r>
        <w:t>29. Înainte de a semna acordul pentru îngrijire sau pentru o procedură, vi s-au explicat beneficiile, riscurile și alternativele?</w:t>
      </w:r>
    </w:p>
    <w:p w14:paraId="7584FC51" w14:textId="77777777" w:rsidR="00CF697E" w:rsidRDefault="00000000">
      <w:pPr>
        <w:spacing w:after="100"/>
      </w:pPr>
      <w:r>
        <w:t xml:space="preserve">     ☐ Da     ☐ Parțial     ☐ Nu     ☐ Nu a fost cazul</w:t>
      </w:r>
    </w:p>
    <w:p w14:paraId="09D0A2E5" w14:textId="77777777" w:rsidR="00CF697E" w:rsidRDefault="00000000">
      <w:pPr>
        <w:spacing w:after="0"/>
      </w:pPr>
      <w:r>
        <w:t>30. Ați fost întrebat ce vă doriți și ați putut participa la deciziile privind îngrijirea?</w:t>
      </w:r>
    </w:p>
    <w:p w14:paraId="2405DB39" w14:textId="77777777" w:rsidR="00CF697E" w:rsidRDefault="00000000">
      <w:pPr>
        <w:spacing w:after="100"/>
      </w:pPr>
      <w:r>
        <w:t xml:space="preserve">     ☐ Da     ☐ Parțial     ☐ Nu</w:t>
      </w:r>
    </w:p>
    <w:p w14:paraId="0FB7DDBF" w14:textId="77777777" w:rsidR="00CF697E" w:rsidRDefault="00000000">
      <w:pPr>
        <w:spacing w:after="0"/>
      </w:pPr>
      <w:r>
        <w:t>31. Ați știut cui să vă adresați cu întrebări?</w:t>
      </w:r>
    </w:p>
    <w:p w14:paraId="1BC2992B" w14:textId="77777777" w:rsidR="00CF697E" w:rsidRDefault="00000000">
      <w:pPr>
        <w:spacing w:after="100"/>
      </w:pPr>
      <w:r>
        <w:t xml:space="preserve">     ☐ Da     ☐ Nu</w:t>
      </w:r>
    </w:p>
    <w:p w14:paraId="137AC39E" w14:textId="77777777" w:rsidR="00CF697E" w:rsidRDefault="00000000">
      <w:pPr>
        <w:spacing w:after="60"/>
      </w:pPr>
      <w:r>
        <w:rPr>
          <w:b/>
          <w:sz w:val="22"/>
        </w:rPr>
        <w:t>F. Respect, demnitate și siguranță</w:t>
      </w:r>
    </w:p>
    <w:p w14:paraId="67AF3254" w14:textId="77777777" w:rsidR="00CF697E" w:rsidRDefault="00000000">
      <w:pPr>
        <w:spacing w:after="0"/>
      </w:pPr>
      <w:r>
        <w:t>32. V-ați simțit tratat cu respect și demnitate?</w:t>
      </w:r>
    </w:p>
    <w:p w14:paraId="472AA79E" w14:textId="77777777" w:rsidR="00CF697E" w:rsidRDefault="00000000">
      <w:pPr>
        <w:spacing w:after="100"/>
      </w:pPr>
      <w:r>
        <w:t xml:space="preserve">     ☐ Întotdeauna     ☐ Uneori     ☐ Niciodată</w:t>
      </w:r>
    </w:p>
    <w:p w14:paraId="4A6D2FD7" w14:textId="77777777" w:rsidR="00CF697E" w:rsidRDefault="00000000">
      <w:pPr>
        <w:spacing w:after="0"/>
      </w:pPr>
      <w:r>
        <w:t>33. A fost respectată intimitatea pacientului (la îngrijiri, la discuțiile despre boală)?</w:t>
      </w:r>
    </w:p>
    <w:p w14:paraId="59D123F8" w14:textId="77777777" w:rsidR="00CF697E" w:rsidRDefault="00000000">
      <w:pPr>
        <w:spacing w:after="100"/>
      </w:pPr>
      <w:r>
        <w:t xml:space="preserve">     ☐ Întotdeauna     ☐ Uneori     ☐ Niciodată</w:t>
      </w:r>
    </w:p>
    <w:p w14:paraId="475DCB44" w14:textId="77777777" w:rsidR="00CF697E" w:rsidRDefault="00000000">
      <w:pPr>
        <w:spacing w:after="0"/>
      </w:pPr>
      <w:r>
        <w:t>34. V-ați simțit vreodată tratat diferit sau discriminat în Centru?</w:t>
      </w:r>
    </w:p>
    <w:p w14:paraId="744BD84D" w14:textId="77777777" w:rsidR="00CF697E" w:rsidRDefault="00000000">
      <w:pPr>
        <w:spacing w:after="100"/>
      </w:pPr>
      <w:r>
        <w:t xml:space="preserve">     ☐ Nu     ☐ Da</w:t>
      </w:r>
    </w:p>
    <w:p w14:paraId="1CB5F1B1" w14:textId="77777777" w:rsidR="00CF697E" w:rsidRDefault="00000000">
      <w:pPr>
        <w:spacing w:after="100"/>
      </w:pPr>
      <w:r>
        <w:rPr>
          <w:sz w:val="20"/>
        </w:rPr>
        <w:t xml:space="preserve">     Dacă da, din ce motiv:  ☐ vârstă  ☐ sex  ☐ etnie  ☐ religie  ☐ situație materială  ☐ dizabilitate  ☐ boală  ☐ altul: ……………</w:t>
      </w:r>
    </w:p>
    <w:p w14:paraId="0B05E68D" w14:textId="77777777" w:rsidR="00CF697E" w:rsidRDefault="00000000">
      <w:pPr>
        <w:spacing w:after="0"/>
      </w:pPr>
      <w:r>
        <w:t>35. Vi s-au cerut sau sugerat bani, cadouri sau alte atenții de către personal?</w:t>
      </w:r>
    </w:p>
    <w:p w14:paraId="7C6A5B21" w14:textId="77777777" w:rsidR="00CF697E" w:rsidRDefault="00000000">
      <w:pPr>
        <w:spacing w:after="100"/>
      </w:pPr>
      <w:r>
        <w:t xml:space="preserve">     ☐ Nu     ☐ Da</w:t>
      </w:r>
    </w:p>
    <w:p w14:paraId="1736EBC4" w14:textId="77777777" w:rsidR="00CF697E" w:rsidRDefault="00000000">
      <w:pPr>
        <w:spacing w:after="0"/>
      </w:pPr>
      <w:r>
        <w:t>36. Personalul s-a prezentat sau a purtat ecuson, iar identitatea pacientului a fost verificată înainte de tratament?</w:t>
      </w:r>
    </w:p>
    <w:p w14:paraId="30FF6B89" w14:textId="77777777" w:rsidR="00CF697E" w:rsidRDefault="00000000">
      <w:pPr>
        <w:spacing w:after="100"/>
      </w:pPr>
      <w:r>
        <w:t xml:space="preserve">     ☐ Întotdeauna     ☐ Uneori     ☐ Niciodată</w:t>
      </w:r>
    </w:p>
    <w:p w14:paraId="51CD3C7D" w14:textId="77777777" w:rsidR="00CF697E" w:rsidRDefault="00000000">
      <w:pPr>
        <w:spacing w:after="0"/>
      </w:pPr>
      <w:r>
        <w:t>37. Ați observat personalul spălându-și sau dezinfectându-și mâinile înainte de a îngriji pacientul?</w:t>
      </w:r>
    </w:p>
    <w:p w14:paraId="49965975" w14:textId="77777777" w:rsidR="00CF697E" w:rsidRDefault="00000000">
      <w:pPr>
        <w:spacing w:after="100"/>
      </w:pPr>
      <w:r>
        <w:t xml:space="preserve">     ☐ Întotdeauna     ☐ Uneori     ☐ Niciodată     ☐ Nu am observat</w:t>
      </w:r>
    </w:p>
    <w:p w14:paraId="27F2B360" w14:textId="77777777" w:rsidR="00CF697E" w:rsidRDefault="00000000">
      <w:pPr>
        <w:spacing w:after="0"/>
      </w:pPr>
      <w:r>
        <w:t>38. Apreciați că v-au fost respectate drepturile ca pacient?</w:t>
      </w:r>
    </w:p>
    <w:p w14:paraId="24D8237F" w14:textId="77777777" w:rsidR="00CF697E" w:rsidRDefault="00000000">
      <w:pPr>
        <w:spacing w:after="100"/>
      </w:pPr>
      <w:r>
        <w:t xml:space="preserve">     ☐ Da     ☐ Nu     ☐ Nu știu</w:t>
      </w:r>
    </w:p>
    <w:p w14:paraId="12D68CC4" w14:textId="77777777" w:rsidR="00CF697E" w:rsidRDefault="00000000">
      <w:pPr>
        <w:spacing w:after="0"/>
      </w:pPr>
      <w:r>
        <w:lastRenderedPageBreak/>
        <w:t>39. Știți cum puteți face o sesizare, o reclamație sau o sugestie?</w:t>
      </w:r>
    </w:p>
    <w:p w14:paraId="4BE2F592" w14:textId="77777777" w:rsidR="00CF697E" w:rsidRDefault="00000000">
      <w:pPr>
        <w:spacing w:after="100"/>
      </w:pPr>
      <w:r>
        <w:t xml:space="preserve">     ☐ Da     ☐ Nu</w:t>
      </w:r>
    </w:p>
    <w:p w14:paraId="5CF3CEFC" w14:textId="77777777" w:rsidR="00CF697E" w:rsidRDefault="00000000">
      <w:pPr>
        <w:spacing w:after="60"/>
      </w:pPr>
      <w:r>
        <w:rPr>
          <w:b/>
          <w:sz w:val="22"/>
        </w:rPr>
        <w:t>G. Familia și vizitele</w:t>
      </w:r>
    </w:p>
    <w:p w14:paraId="1058776F" w14:textId="77777777" w:rsidR="00CF697E" w:rsidRDefault="00000000">
      <w:pPr>
        <w:spacing w:after="0"/>
      </w:pPr>
      <w:r>
        <w:t>40. Programul de vizită și condițiile de acces vi s-au părut potrivite?</w:t>
      </w:r>
    </w:p>
    <w:p w14:paraId="2CEAA7A8" w14:textId="77777777" w:rsidR="00CF697E" w:rsidRDefault="00000000">
      <w:pPr>
        <w:spacing w:after="100"/>
      </w:pPr>
      <w:r>
        <w:t xml:space="preserve">     ☐ Da     ☐ Parțial     ☐ Nu</w:t>
      </w:r>
    </w:p>
    <w:p w14:paraId="412E92B3" w14:textId="77777777" w:rsidR="00CF697E" w:rsidRDefault="00000000">
      <w:pPr>
        <w:spacing w:after="0"/>
      </w:pPr>
      <w:r>
        <w:t>41. Familia a primit sprijin și informații atunci când a avut nevoie?</w:t>
      </w:r>
    </w:p>
    <w:p w14:paraId="32BEBF7C" w14:textId="77777777" w:rsidR="00CF697E" w:rsidRDefault="00000000">
      <w:pPr>
        <w:spacing w:after="100"/>
      </w:pPr>
      <w:r>
        <w:t xml:space="preserve">     ☐ Da     ☐ Parțial     ☐ Nu     ☐ Nu a fost cazul</w:t>
      </w:r>
    </w:p>
    <w:p w14:paraId="5AC4C572" w14:textId="77777777" w:rsidR="00CF697E" w:rsidRDefault="00000000">
      <w:pPr>
        <w:spacing w:after="60"/>
      </w:pPr>
      <w:r>
        <w:rPr>
          <w:b/>
          <w:sz w:val="22"/>
        </w:rPr>
        <w:t>H. Aprecierea generală</w:t>
      </w:r>
    </w:p>
    <w:p w14:paraId="49D7989B" w14:textId="77777777" w:rsidR="00CF697E" w:rsidRDefault="00000000">
      <w:pPr>
        <w:spacing w:after="0"/>
      </w:pPr>
      <w:r>
        <w:t>42. Impresia dumneavoastră generală despre Centru:</w:t>
      </w:r>
    </w:p>
    <w:p w14:paraId="6F064540" w14:textId="77777777" w:rsidR="00CF697E" w:rsidRDefault="00000000">
      <w:pPr>
        <w:spacing w:after="100"/>
      </w:pPr>
      <w:r>
        <w:t xml:space="preserve">     ☐ Foarte mulțumit     ☐ Mulțumit     ☐ Nemulțumit     ☐ Foarte nemulțumit</w:t>
      </w:r>
    </w:p>
    <w:p w14:paraId="5E9BAB5F" w14:textId="77777777" w:rsidR="00CF697E" w:rsidRDefault="00000000">
      <w:pPr>
        <w:spacing w:after="0"/>
      </w:pPr>
      <w:r>
        <w:t>43. Dacă ar fi nevoie, ați alege din nou Centrul sau l-ați recomanda altora?</w:t>
      </w:r>
    </w:p>
    <w:p w14:paraId="150A56EC" w14:textId="77777777" w:rsidR="00CF697E" w:rsidRDefault="00000000">
      <w:pPr>
        <w:spacing w:after="100"/>
      </w:pPr>
      <w:r>
        <w:t xml:space="preserve">     ☐ Da     ☐ Nu     ☐ Nu știu</w:t>
      </w:r>
    </w:p>
    <w:p w14:paraId="48B5556E" w14:textId="77777777" w:rsidR="00CF697E" w:rsidRDefault="00000000">
      <w:pPr>
        <w:spacing w:after="0"/>
      </w:pPr>
      <w:r>
        <w:t>44. Ce v-a plăcut cel mai mult?</w:t>
      </w:r>
    </w:p>
    <w:p w14:paraId="6F9B318D" w14:textId="77777777" w:rsidR="00CF697E" w:rsidRDefault="00000000">
      <w:pPr>
        <w:spacing w:after="20"/>
      </w:pPr>
      <w:r>
        <w:t>..........................................................................................................................................................................</w:t>
      </w:r>
    </w:p>
    <w:p w14:paraId="2FC8F133" w14:textId="77777777" w:rsidR="00CF697E" w:rsidRDefault="00000000">
      <w:pPr>
        <w:spacing w:after="100"/>
      </w:pPr>
      <w:r>
        <w:t>..........................................................................................................................................................................</w:t>
      </w:r>
    </w:p>
    <w:p w14:paraId="4AD9F87C" w14:textId="77777777" w:rsidR="00CF697E" w:rsidRDefault="00000000">
      <w:pPr>
        <w:spacing w:after="0"/>
      </w:pPr>
      <w:r>
        <w:t>45. Ce ar trebui să îmbunătățim?</w:t>
      </w:r>
    </w:p>
    <w:p w14:paraId="271E876A" w14:textId="77777777" w:rsidR="00CF697E" w:rsidRDefault="00000000">
      <w:pPr>
        <w:spacing w:after="20"/>
      </w:pPr>
      <w:r>
        <w:t>..........................................................................................................................................................................</w:t>
      </w:r>
    </w:p>
    <w:p w14:paraId="593DA33B" w14:textId="77777777" w:rsidR="00CF697E" w:rsidRDefault="00000000">
      <w:pPr>
        <w:spacing w:after="160"/>
      </w:pPr>
      <w:r>
        <w:t>..........................................................................................................................................................................</w:t>
      </w:r>
    </w:p>
    <w:p w14:paraId="2CABF157" w14:textId="77777777" w:rsidR="00CF697E" w:rsidRDefault="00000000">
      <w:pPr>
        <w:spacing w:after="80"/>
        <w:jc w:val="center"/>
      </w:pPr>
      <w:r>
        <w:rPr>
          <w:b/>
          <w:sz w:val="24"/>
        </w:rPr>
        <w:t>VĂ MULȚUMIM!</w:t>
      </w:r>
    </w:p>
    <w:p w14:paraId="5B566774" w14:textId="77777777" w:rsidR="00CF697E" w:rsidRDefault="00000000">
      <w:pPr>
        <w:spacing w:after="0"/>
        <w:jc w:val="center"/>
      </w:pPr>
      <w:r>
        <w:rPr>
          <w:i/>
          <w:sz w:val="17"/>
        </w:rPr>
        <w:t>Răspunsurile se centralizează lunar și anual și se analizează în Consiliul medical și în Consiliul etic. Datele se prelucrează conform Informării privind protecția datelor cu caracter personal, afișată la sediu și pe www.asociatiadrmicuvasile.ro.</w:t>
      </w:r>
    </w:p>
    <w:p w14:paraId="1CCBA69C" w14:textId="77777777" w:rsidR="00CF697E" w:rsidRDefault="00000000">
      <w:r>
        <w:br w:type="page"/>
      </w:r>
    </w:p>
    <w:sectPr w:rsidR="00CF697E" w:rsidSect="00034616">
      <w:pgSz w:w="12240" w:h="15840"/>
      <w:pgMar w:top="794" w:right="907" w:bottom="794"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56650477">
    <w:abstractNumId w:val="8"/>
  </w:num>
  <w:num w:numId="2" w16cid:durableId="488836160">
    <w:abstractNumId w:val="6"/>
  </w:num>
  <w:num w:numId="3" w16cid:durableId="1508134529">
    <w:abstractNumId w:val="5"/>
  </w:num>
  <w:num w:numId="4" w16cid:durableId="1889563475">
    <w:abstractNumId w:val="4"/>
  </w:num>
  <w:num w:numId="5" w16cid:durableId="67582449">
    <w:abstractNumId w:val="7"/>
  </w:num>
  <w:num w:numId="6" w16cid:durableId="1151410822">
    <w:abstractNumId w:val="3"/>
  </w:num>
  <w:num w:numId="7" w16cid:durableId="1600790258">
    <w:abstractNumId w:val="2"/>
  </w:num>
  <w:num w:numId="8" w16cid:durableId="732000523">
    <w:abstractNumId w:val="1"/>
  </w:num>
  <w:num w:numId="9" w16cid:durableId="2146656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516D"/>
    <w:rsid w:val="0029639D"/>
    <w:rsid w:val="00326F90"/>
    <w:rsid w:val="0096410B"/>
    <w:rsid w:val="00AA1D8D"/>
    <w:rsid w:val="00B47730"/>
    <w:rsid w:val="00CB0664"/>
    <w:rsid w:val="00CF69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DEEC109"/>
  <w14:defaultImageDpi w14:val="300"/>
  <w15:docId w15:val="{D1BBDC1B-D037-4DD3-A56A-FDED4DC14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40"/>
    </w:pPr>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1003</Words>
  <Characters>5823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6813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Asociația Dr. Micu Vasile</cp:lastModifiedBy>
  <cp:revision>2</cp:revision>
  <dcterms:created xsi:type="dcterms:W3CDTF">2026-10-26T12:53:00Z</dcterms:created>
  <dcterms:modified xsi:type="dcterms:W3CDTF">2026-10-26T12:53:00Z</dcterms:modified>
  <cp:category/>
</cp:coreProperties>
</file>